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05AFF" w14:textId="77777777" w:rsidR="00C944CB" w:rsidRPr="00C944CB" w:rsidRDefault="00804204" w:rsidP="00C944CB">
      <w:pPr>
        <w:pStyle w:val="Titel"/>
        <w:jc w:val="center"/>
        <w:rPr>
          <w:rFonts w:ascii="Quire Sans" w:hAnsi="Quire Sans" w:cs="Quire Sans"/>
          <w:b/>
          <w:bCs/>
        </w:rPr>
      </w:pPr>
      <w:r w:rsidRPr="00C944CB">
        <w:rPr>
          <w:rFonts w:ascii="Quire Sans" w:hAnsi="Quire Sans" w:cs="Quire Sans"/>
          <w:b/>
          <w:bCs/>
          <w:color w:val="365F91" w:themeColor="accent1" w:themeShade="BF"/>
          <w:sz w:val="32"/>
          <w:szCs w:val="32"/>
        </w:rPr>
        <w:t>CIV-CARE P001</w:t>
      </w:r>
      <w:r w:rsidR="00B125C6" w:rsidRPr="00C944CB">
        <w:rPr>
          <w:rFonts w:ascii="Quire Sans" w:hAnsi="Quire Sans" w:cs="Quire Sans"/>
          <w:b/>
          <w:bCs/>
          <w:color w:val="365F91" w:themeColor="accent1" w:themeShade="BF"/>
          <w:sz w:val="32"/>
          <w:szCs w:val="32"/>
        </w:rPr>
        <w:br/>
      </w:r>
      <w:r w:rsidR="00C944CB" w:rsidRPr="00C944CB">
        <w:rPr>
          <w:rFonts w:ascii="Quire Sans" w:hAnsi="Quire Sans" w:cs="Quire Sans"/>
          <w:b/>
          <w:bCs/>
          <w:sz w:val="24"/>
          <w:szCs w:val="24"/>
        </w:rPr>
        <w:t>Sub-Positionpaper 004-03</w:t>
      </w:r>
    </w:p>
    <w:p w14:paraId="220FAF12" w14:textId="77777777" w:rsidR="00C944CB" w:rsidRPr="00C944CB" w:rsidRDefault="00C944CB" w:rsidP="00C944CB">
      <w:pPr>
        <w:pStyle w:val="Titel"/>
        <w:jc w:val="center"/>
        <w:rPr>
          <w:rFonts w:ascii="Quire Sans" w:hAnsi="Quire Sans" w:cs="Quire Sans"/>
          <w:b/>
          <w:bCs/>
          <w:sz w:val="56"/>
          <w:szCs w:val="56"/>
          <w:lang w:val="nl-NL"/>
        </w:rPr>
      </w:pPr>
      <w:r w:rsidRPr="00C944CB">
        <w:rPr>
          <w:rFonts w:ascii="Quire Sans" w:hAnsi="Quire Sans" w:cs="Quire Sans"/>
          <w:b/>
          <w:bCs/>
          <w:sz w:val="56"/>
          <w:szCs w:val="56"/>
          <w:lang w:val="nl-NL"/>
        </w:rPr>
        <w:t>Wantrouwen als Organisatiemodel</w:t>
      </w:r>
    </w:p>
    <w:p w14:paraId="4EBC157D" w14:textId="77777777" w:rsidR="00C944CB" w:rsidRPr="00C944CB" w:rsidRDefault="00C944CB" w:rsidP="00C944CB">
      <w:p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b/>
          <w:bCs/>
          <w:lang w:val="nl-NL"/>
        </w:rPr>
        <w:t>Documentcode:</w:t>
      </w:r>
      <w:r w:rsidRPr="00C944CB">
        <w:rPr>
          <w:rFonts w:ascii="Quire Sans" w:hAnsi="Quire Sans" w:cs="Quire Sans"/>
          <w:lang w:val="nl-NL"/>
        </w:rPr>
        <w:br/>
        <w:t>CIV-CARE_P001_SHPP004-03_Wantrouwen-als-Organisatiemodel_v0.9</w:t>
      </w:r>
    </w:p>
    <w:p w14:paraId="20912EFC" w14:textId="77777777" w:rsidR="00C944CB" w:rsidRPr="00C944CB" w:rsidRDefault="00C944CB" w:rsidP="00C944CB">
      <w:p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b/>
          <w:bCs/>
          <w:lang w:val="nl-NL"/>
        </w:rPr>
        <w:t>Status:</w:t>
      </w:r>
      <w:r w:rsidRPr="00C944CB">
        <w:rPr>
          <w:rFonts w:ascii="Quire Sans" w:hAnsi="Quire Sans" w:cs="Quire Sans"/>
          <w:lang w:val="nl-NL"/>
        </w:rPr>
        <w:t xml:space="preserve"> Concept (open voor publieke reflectie)</w:t>
      </w:r>
      <w:r w:rsidRPr="00C944CB">
        <w:rPr>
          <w:rFonts w:ascii="Quire Sans" w:hAnsi="Quire Sans" w:cs="Quire Sans"/>
          <w:lang w:val="nl-NL"/>
        </w:rPr>
        <w:br/>
      </w:r>
      <w:r w:rsidRPr="00C944CB">
        <w:rPr>
          <w:rFonts w:ascii="Quire Sans" w:hAnsi="Quire Sans" w:cs="Quire Sans"/>
          <w:b/>
          <w:bCs/>
          <w:lang w:val="nl-NL"/>
        </w:rPr>
        <w:t>Reikwijdte:</w:t>
      </w:r>
      <w:r w:rsidRPr="00C944CB">
        <w:rPr>
          <w:rFonts w:ascii="Quire Sans" w:hAnsi="Quire Sans" w:cs="Quire Sans"/>
          <w:lang w:val="nl-NL"/>
        </w:rPr>
        <w:t xml:space="preserve"> Publieke uitvoeringsorganisaties, zorginstellingen, toezichtstructuren, </w:t>
      </w:r>
      <w:proofErr w:type="spellStart"/>
      <w:r w:rsidRPr="00C944CB">
        <w:rPr>
          <w:rFonts w:ascii="Quire Sans" w:hAnsi="Quire Sans" w:cs="Quire Sans"/>
          <w:lang w:val="nl-NL"/>
        </w:rPr>
        <w:t>bestuursketens</w:t>
      </w:r>
      <w:proofErr w:type="spellEnd"/>
      <w:r w:rsidRPr="00C944CB">
        <w:rPr>
          <w:rFonts w:ascii="Quire Sans" w:hAnsi="Quire Sans" w:cs="Quire Sans"/>
          <w:lang w:val="nl-NL"/>
        </w:rPr>
        <w:t>.</w:t>
      </w:r>
      <w:r w:rsidRPr="00C944CB">
        <w:rPr>
          <w:rFonts w:ascii="Quire Sans" w:hAnsi="Quire Sans" w:cs="Quire Sans"/>
          <w:lang w:val="nl-NL"/>
        </w:rPr>
        <w:br/>
      </w:r>
      <w:r w:rsidRPr="00C944CB">
        <w:rPr>
          <w:rFonts w:ascii="Quire Sans" w:hAnsi="Quire Sans" w:cs="Quire Sans"/>
          <w:b/>
          <w:bCs/>
          <w:lang w:val="nl-NL"/>
        </w:rPr>
        <w:t>Onderdeel van:</w:t>
      </w:r>
      <w:r w:rsidRPr="00C944CB">
        <w:rPr>
          <w:rFonts w:ascii="Quire Sans" w:hAnsi="Quire Sans" w:cs="Quire Sans"/>
          <w:lang w:val="nl-NL"/>
        </w:rPr>
        <w:t xml:space="preserve"> HPP004 – Vertrouwen als Voorwaarde voor Maatschappelijke Stabiliteit</w:t>
      </w:r>
      <w:r w:rsidRPr="00C944CB">
        <w:rPr>
          <w:rFonts w:ascii="Quire Sans" w:hAnsi="Quire Sans" w:cs="Quire Sans"/>
          <w:lang w:val="nl-NL"/>
        </w:rPr>
        <w:br/>
      </w:r>
      <w:r w:rsidRPr="00C944CB">
        <w:rPr>
          <w:rFonts w:ascii="Quire Sans" w:hAnsi="Quire Sans" w:cs="Quire Sans"/>
          <w:b/>
          <w:bCs/>
          <w:lang w:val="nl-NL"/>
        </w:rPr>
        <w:t>Reeks:</w:t>
      </w:r>
      <w:r w:rsidRPr="00C944CB">
        <w:rPr>
          <w:rFonts w:ascii="Quire Sans" w:hAnsi="Quire Sans" w:cs="Quire Sans"/>
          <w:lang w:val="nl-NL"/>
        </w:rPr>
        <w:t xml:space="preserve"> CIV-CARE P001 – Normatief kader voor zorg, rechtsbescherming en menselijke maat</w:t>
      </w:r>
    </w:p>
    <w:p w14:paraId="7CC43377" w14:textId="77777777" w:rsidR="00C944CB" w:rsidRPr="00C944CB" w:rsidRDefault="00C944CB" w:rsidP="00C944CB">
      <w:p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pict w14:anchorId="4E83A25A">
          <v:rect id="_x0000_i1677" style="width:0;height:1.5pt" o:hralign="center" o:hrstd="t" o:hr="t" fillcolor="#a0a0a0" stroked="f"/>
        </w:pict>
      </w:r>
    </w:p>
    <w:p w14:paraId="0DF745BC" w14:textId="77777777" w:rsidR="00C944CB" w:rsidRPr="00C944CB" w:rsidRDefault="00C944CB" w:rsidP="00C944CB">
      <w:pPr>
        <w:pStyle w:val="Kop1"/>
        <w:rPr>
          <w:rFonts w:ascii="Quire Sans" w:hAnsi="Quire Sans" w:cs="Quire Sans"/>
          <w:b/>
          <w:bCs/>
          <w:lang w:val="nl-NL"/>
        </w:rPr>
      </w:pPr>
      <w:r w:rsidRPr="00C944CB">
        <w:rPr>
          <w:rFonts w:ascii="Quire Sans" w:hAnsi="Quire Sans" w:cs="Quire Sans"/>
          <w:b/>
          <w:bCs/>
          <w:lang w:val="nl-NL"/>
        </w:rPr>
        <w:t>1. Inleiding en aanleiding</w:t>
      </w:r>
    </w:p>
    <w:p w14:paraId="623AE72E" w14:textId="77777777" w:rsidR="00C944CB" w:rsidRPr="00C944CB" w:rsidRDefault="00C944CB" w:rsidP="00C944CB">
      <w:p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 xml:space="preserve">Binnen veel publieke en </w:t>
      </w:r>
      <w:proofErr w:type="spellStart"/>
      <w:r w:rsidRPr="00C944CB">
        <w:rPr>
          <w:rFonts w:ascii="Quire Sans" w:hAnsi="Quire Sans" w:cs="Quire Sans"/>
          <w:lang w:val="nl-NL"/>
        </w:rPr>
        <w:t>zorggerelateerde</w:t>
      </w:r>
      <w:proofErr w:type="spellEnd"/>
      <w:r w:rsidRPr="00C944CB">
        <w:rPr>
          <w:rFonts w:ascii="Quire Sans" w:hAnsi="Quire Sans" w:cs="Quire Sans"/>
          <w:lang w:val="nl-NL"/>
        </w:rPr>
        <w:t xml:space="preserve"> organisaties is risicobeheersing een centraal uitgangspunt geworden. Procedures, controles, protocollen en verantwoordingsstructuren zijn ontworpen om fouten te minimaliseren en aansprakelijkheid te beperken.</w:t>
      </w:r>
    </w:p>
    <w:p w14:paraId="08C3BE29" w14:textId="77777777" w:rsidR="00C944CB" w:rsidRPr="00C944CB" w:rsidRDefault="00C944CB" w:rsidP="00C944CB">
      <w:p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Hoewel deze ontwikkeling begrijpelijk en in bepaalde contexten noodzakelijk is, ontstaat tegelijkertijd het risico dat wantrouwen niet langer een instrument is, maar een impliciet organisatiemodel.</w:t>
      </w:r>
    </w:p>
    <w:p w14:paraId="5862D454" w14:textId="77777777" w:rsidR="00C944CB" w:rsidRPr="00C944CB" w:rsidRDefault="00C944CB" w:rsidP="00C944CB">
      <w:p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Wanneer wantrouwen structureel wordt ingebouwd in systemen, beïnvloedt dit niet alleen besluitvorming, maar ook cultuur, communicatie en legitimiteit.</w:t>
      </w:r>
    </w:p>
    <w:p w14:paraId="62788583" w14:textId="77777777" w:rsidR="00C944CB" w:rsidRPr="00C944CB" w:rsidRDefault="00C944CB" w:rsidP="00C944CB">
      <w:p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Deze sub-</w:t>
      </w:r>
      <w:proofErr w:type="spellStart"/>
      <w:r w:rsidRPr="00C944CB">
        <w:rPr>
          <w:rFonts w:ascii="Quire Sans" w:hAnsi="Quire Sans" w:cs="Quire Sans"/>
          <w:lang w:val="nl-NL"/>
        </w:rPr>
        <w:t>positionpaper</w:t>
      </w:r>
      <w:proofErr w:type="spellEnd"/>
      <w:r w:rsidRPr="00C944CB">
        <w:rPr>
          <w:rFonts w:ascii="Quire Sans" w:hAnsi="Quire Sans" w:cs="Quire Sans"/>
          <w:lang w:val="nl-NL"/>
        </w:rPr>
        <w:t xml:space="preserve"> analyseert wantrouwen als ontwerpkeuze binnen organisaties en positioneert relationele legitimiteit als stabiliserend alternatief.</w:t>
      </w:r>
    </w:p>
    <w:p w14:paraId="5030D049" w14:textId="77777777" w:rsidR="00C944CB" w:rsidRPr="00C944CB" w:rsidRDefault="00C944CB" w:rsidP="00C944CB">
      <w:pPr>
        <w:pStyle w:val="Kop1"/>
        <w:rPr>
          <w:rFonts w:ascii="Quire Sans" w:hAnsi="Quire Sans" w:cs="Quire Sans"/>
          <w:b/>
          <w:bCs/>
          <w:lang w:val="nl-NL"/>
        </w:rPr>
      </w:pPr>
      <w:r w:rsidRPr="00C944CB">
        <w:rPr>
          <w:rFonts w:ascii="Quire Sans" w:hAnsi="Quire Sans" w:cs="Quire Sans"/>
          <w:b/>
          <w:bCs/>
          <w:lang w:val="nl-NL"/>
        </w:rPr>
        <w:t>2. Doel en functie van deze sub-</w:t>
      </w:r>
      <w:proofErr w:type="spellStart"/>
      <w:r w:rsidRPr="00C944CB">
        <w:rPr>
          <w:rFonts w:ascii="Quire Sans" w:hAnsi="Quire Sans" w:cs="Quire Sans"/>
          <w:b/>
          <w:bCs/>
          <w:lang w:val="nl-NL"/>
        </w:rPr>
        <w:t>positionpaper</w:t>
      </w:r>
      <w:proofErr w:type="spellEnd"/>
    </w:p>
    <w:p w14:paraId="7BB357CF" w14:textId="77777777" w:rsidR="00C944CB" w:rsidRPr="00C944CB" w:rsidRDefault="00C944CB" w:rsidP="00C944CB">
      <w:p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Deze sub-</w:t>
      </w:r>
      <w:proofErr w:type="spellStart"/>
      <w:r w:rsidRPr="00C944CB">
        <w:rPr>
          <w:rFonts w:ascii="Quire Sans" w:hAnsi="Quire Sans" w:cs="Quire Sans"/>
          <w:lang w:val="nl-NL"/>
        </w:rPr>
        <w:t>positionpaper</w:t>
      </w:r>
      <w:proofErr w:type="spellEnd"/>
      <w:r w:rsidRPr="00C944CB">
        <w:rPr>
          <w:rFonts w:ascii="Quire Sans" w:hAnsi="Quire Sans" w:cs="Quire Sans"/>
          <w:lang w:val="nl-NL"/>
        </w:rPr>
        <w:t xml:space="preserve"> heeft een analytisch en normatief-verhelderend karakter en beoogt:</w:t>
      </w:r>
    </w:p>
    <w:p w14:paraId="2A3C917E" w14:textId="77777777" w:rsidR="00C944CB" w:rsidRPr="00C944CB" w:rsidRDefault="00C944CB" w:rsidP="00C944CB">
      <w:pPr>
        <w:numPr>
          <w:ilvl w:val="0"/>
          <w:numId w:val="18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wantrouwen te herkennen als structureel organisatiemechanisme;</w:t>
      </w:r>
    </w:p>
    <w:p w14:paraId="70A65AD3" w14:textId="77777777" w:rsidR="00C944CB" w:rsidRPr="00C944CB" w:rsidRDefault="00C944CB" w:rsidP="00C944CB">
      <w:pPr>
        <w:numPr>
          <w:ilvl w:val="0"/>
          <w:numId w:val="18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 xml:space="preserve">onderscheid te maken tussen noodzakelijk toezicht en structureel </w:t>
      </w:r>
      <w:proofErr w:type="spellStart"/>
      <w:r w:rsidRPr="00C944CB">
        <w:rPr>
          <w:rFonts w:ascii="Quire Sans" w:hAnsi="Quire Sans" w:cs="Quire Sans"/>
          <w:lang w:val="nl-NL"/>
        </w:rPr>
        <w:t>risicodenken</w:t>
      </w:r>
      <w:proofErr w:type="spellEnd"/>
      <w:r w:rsidRPr="00C944CB">
        <w:rPr>
          <w:rFonts w:ascii="Quire Sans" w:hAnsi="Quire Sans" w:cs="Quire Sans"/>
          <w:lang w:val="nl-NL"/>
        </w:rPr>
        <w:t>;</w:t>
      </w:r>
    </w:p>
    <w:p w14:paraId="38F73881" w14:textId="77777777" w:rsidR="00C944CB" w:rsidRPr="00C944CB" w:rsidRDefault="00C944CB" w:rsidP="00C944CB">
      <w:pPr>
        <w:numPr>
          <w:ilvl w:val="0"/>
          <w:numId w:val="18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escalatiemechanismen zichtbaar te maken vóór juridisering;</w:t>
      </w:r>
    </w:p>
    <w:p w14:paraId="7F3F7D68" w14:textId="77777777" w:rsidR="00C944CB" w:rsidRPr="00C944CB" w:rsidRDefault="00C944CB" w:rsidP="00C944CB">
      <w:pPr>
        <w:numPr>
          <w:ilvl w:val="0"/>
          <w:numId w:val="18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bestuurlijke reflectie mogelijk te maken zonder beschuldiging.</w:t>
      </w:r>
    </w:p>
    <w:p w14:paraId="41BB0919" w14:textId="77777777" w:rsidR="00C944CB" w:rsidRPr="00C944CB" w:rsidRDefault="00C944CB" w:rsidP="00C944CB">
      <w:p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De paper richt zich niet op individuen, maar op systeemontwerp.</w:t>
      </w:r>
    </w:p>
    <w:p w14:paraId="511263B7" w14:textId="77777777" w:rsidR="00C944CB" w:rsidRPr="00C944CB" w:rsidRDefault="00C944CB" w:rsidP="00C944CB">
      <w:pPr>
        <w:pStyle w:val="Kop1"/>
        <w:rPr>
          <w:rFonts w:ascii="Quire Sans" w:hAnsi="Quire Sans" w:cs="Quire Sans"/>
          <w:b/>
          <w:bCs/>
          <w:lang w:val="nl-NL"/>
        </w:rPr>
      </w:pPr>
      <w:r w:rsidRPr="00C944CB">
        <w:rPr>
          <w:rFonts w:ascii="Quire Sans" w:hAnsi="Quire Sans" w:cs="Quire Sans"/>
          <w:b/>
          <w:bCs/>
          <w:lang w:val="nl-NL"/>
        </w:rPr>
        <w:lastRenderedPageBreak/>
        <w:t>3. Normatief uitgangspunt</w:t>
      </w:r>
    </w:p>
    <w:p w14:paraId="498835AD" w14:textId="77777777" w:rsidR="00C944CB" w:rsidRPr="00C944CB" w:rsidRDefault="00C944CB" w:rsidP="00C944CB">
      <w:p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Deze sub-</w:t>
      </w:r>
      <w:proofErr w:type="spellStart"/>
      <w:r w:rsidRPr="00C944CB">
        <w:rPr>
          <w:rFonts w:ascii="Quire Sans" w:hAnsi="Quire Sans" w:cs="Quire Sans"/>
          <w:lang w:val="nl-NL"/>
        </w:rPr>
        <w:t>positionpaper</w:t>
      </w:r>
      <w:proofErr w:type="spellEnd"/>
      <w:r w:rsidRPr="00C944CB">
        <w:rPr>
          <w:rFonts w:ascii="Quire Sans" w:hAnsi="Quire Sans" w:cs="Quire Sans"/>
          <w:lang w:val="nl-NL"/>
        </w:rPr>
        <w:t xml:space="preserve"> sluit aan bij de kernprincipes van CIV-CARE P001:</w:t>
      </w:r>
    </w:p>
    <w:p w14:paraId="098011A8" w14:textId="77777777" w:rsidR="00C944CB" w:rsidRPr="00C944CB" w:rsidRDefault="00C944CB" w:rsidP="00C944CB">
      <w:pPr>
        <w:numPr>
          <w:ilvl w:val="0"/>
          <w:numId w:val="19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menselijke waardigheid als uitgangspunt;</w:t>
      </w:r>
    </w:p>
    <w:p w14:paraId="11320B6A" w14:textId="77777777" w:rsidR="00C944CB" w:rsidRPr="00C944CB" w:rsidRDefault="00C944CB" w:rsidP="00C944CB">
      <w:pPr>
        <w:numPr>
          <w:ilvl w:val="0"/>
          <w:numId w:val="19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proportionaliteit van interventies;</w:t>
      </w:r>
    </w:p>
    <w:p w14:paraId="47EC8985" w14:textId="77777777" w:rsidR="00C944CB" w:rsidRPr="00C944CB" w:rsidRDefault="00C944CB" w:rsidP="00C944CB">
      <w:pPr>
        <w:numPr>
          <w:ilvl w:val="0"/>
          <w:numId w:val="19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transparantie van rollen en bevoegdheden;</w:t>
      </w:r>
    </w:p>
    <w:p w14:paraId="58648D01" w14:textId="77777777" w:rsidR="00C944CB" w:rsidRPr="00C944CB" w:rsidRDefault="00C944CB" w:rsidP="00C944CB">
      <w:pPr>
        <w:numPr>
          <w:ilvl w:val="0"/>
          <w:numId w:val="19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scheiding van functies ter voorkoming van belangenvermenging;</w:t>
      </w:r>
    </w:p>
    <w:p w14:paraId="24824977" w14:textId="77777777" w:rsidR="00C944CB" w:rsidRPr="00C944CB" w:rsidRDefault="00C944CB" w:rsidP="00C944CB">
      <w:pPr>
        <w:numPr>
          <w:ilvl w:val="0"/>
          <w:numId w:val="19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vertrouwen als stabiliserende factor.</w:t>
      </w:r>
    </w:p>
    <w:p w14:paraId="35491580" w14:textId="77777777" w:rsidR="00C944CB" w:rsidRPr="00C944CB" w:rsidRDefault="00C944CB" w:rsidP="00C944CB">
      <w:p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Wantrouwen wordt niet als moreel falen beschouwd, maar als ontwerpkeuze met bestuurlijke gevolgen.</w:t>
      </w:r>
    </w:p>
    <w:p w14:paraId="2AF4F59E" w14:textId="77777777" w:rsidR="00C944CB" w:rsidRPr="00C944CB" w:rsidRDefault="00C944CB" w:rsidP="00C944CB">
      <w:pPr>
        <w:pStyle w:val="Kop1"/>
        <w:rPr>
          <w:rFonts w:ascii="Quire Sans" w:hAnsi="Quire Sans" w:cs="Quire Sans"/>
          <w:b/>
          <w:bCs/>
          <w:lang w:val="nl-NL"/>
        </w:rPr>
      </w:pPr>
      <w:r w:rsidRPr="00C944CB">
        <w:rPr>
          <w:rFonts w:ascii="Quire Sans" w:hAnsi="Quire Sans" w:cs="Quire Sans"/>
          <w:b/>
          <w:bCs/>
          <w:lang w:val="nl-NL"/>
        </w:rPr>
        <w:t>4. Wat is wantrouwen als organisatiemodel?</w:t>
      </w:r>
    </w:p>
    <w:p w14:paraId="127F7D3A" w14:textId="77777777" w:rsidR="00C944CB" w:rsidRPr="00C944CB" w:rsidRDefault="00C944CB" w:rsidP="00C944CB">
      <w:p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Wantrouwen als organisatiemodel ontstaat wanneer:</w:t>
      </w:r>
    </w:p>
    <w:p w14:paraId="3FF3D0D8" w14:textId="77777777" w:rsidR="00C944CB" w:rsidRPr="00C944CB" w:rsidRDefault="00C944CB" w:rsidP="00C944CB">
      <w:pPr>
        <w:numPr>
          <w:ilvl w:val="0"/>
          <w:numId w:val="20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controle het primaire uitgangspunt is;</w:t>
      </w:r>
    </w:p>
    <w:p w14:paraId="079FBFD8" w14:textId="77777777" w:rsidR="00C944CB" w:rsidRPr="00C944CB" w:rsidRDefault="00C944CB" w:rsidP="00C944CB">
      <w:pPr>
        <w:numPr>
          <w:ilvl w:val="0"/>
          <w:numId w:val="20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risicobeheersing leidend is boven relationele beoordeling;</w:t>
      </w:r>
    </w:p>
    <w:p w14:paraId="168F7EFD" w14:textId="77777777" w:rsidR="00C944CB" w:rsidRPr="00C944CB" w:rsidRDefault="00C944CB" w:rsidP="00C944CB">
      <w:pPr>
        <w:numPr>
          <w:ilvl w:val="0"/>
          <w:numId w:val="20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beslissingen primair worden genomen ter beperking van aansprakelijkheid;</w:t>
      </w:r>
    </w:p>
    <w:p w14:paraId="1A076842" w14:textId="77777777" w:rsidR="00C944CB" w:rsidRPr="00C944CB" w:rsidRDefault="00C944CB" w:rsidP="00C944CB">
      <w:pPr>
        <w:numPr>
          <w:ilvl w:val="0"/>
          <w:numId w:val="20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communicatie hoofdzakelijk via dossiers verloopt;</w:t>
      </w:r>
    </w:p>
    <w:p w14:paraId="2937763B" w14:textId="77777777" w:rsidR="00C944CB" w:rsidRPr="00C944CB" w:rsidRDefault="00C944CB" w:rsidP="00C944CB">
      <w:pPr>
        <w:numPr>
          <w:ilvl w:val="0"/>
          <w:numId w:val="20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bewijsvoering structureel voorrang krijgt boven dialoog.</w:t>
      </w:r>
    </w:p>
    <w:p w14:paraId="4FBF8F7F" w14:textId="77777777" w:rsidR="00C944CB" w:rsidRPr="00C944CB" w:rsidRDefault="00C944CB" w:rsidP="00C944CB">
      <w:p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In dit model wordt het individu niet primair benaderd als deelnemer, maar als potentiële risicodrager.</w:t>
      </w:r>
    </w:p>
    <w:p w14:paraId="6E0FF681" w14:textId="77777777" w:rsidR="00C944CB" w:rsidRPr="00C944CB" w:rsidRDefault="00C944CB" w:rsidP="00C944CB">
      <w:pPr>
        <w:pStyle w:val="Kop1"/>
        <w:rPr>
          <w:rFonts w:ascii="Quire Sans" w:hAnsi="Quire Sans" w:cs="Quire Sans"/>
          <w:b/>
          <w:bCs/>
          <w:lang w:val="nl-NL"/>
        </w:rPr>
      </w:pPr>
      <w:r w:rsidRPr="00C944CB">
        <w:rPr>
          <w:rFonts w:ascii="Quire Sans" w:hAnsi="Quire Sans" w:cs="Quire Sans"/>
          <w:b/>
          <w:bCs/>
          <w:lang w:val="nl-NL"/>
        </w:rPr>
        <w:t xml:space="preserve">5. Kenmerken van een </w:t>
      </w:r>
      <w:proofErr w:type="spellStart"/>
      <w:r w:rsidRPr="00C944CB">
        <w:rPr>
          <w:rFonts w:ascii="Quire Sans" w:hAnsi="Quire Sans" w:cs="Quire Sans"/>
          <w:b/>
          <w:bCs/>
          <w:lang w:val="nl-NL"/>
        </w:rPr>
        <w:t>wantrouwensgedreven</w:t>
      </w:r>
      <w:proofErr w:type="spellEnd"/>
      <w:r w:rsidRPr="00C944CB">
        <w:rPr>
          <w:rFonts w:ascii="Quire Sans" w:hAnsi="Quire Sans" w:cs="Quire Sans"/>
          <w:b/>
          <w:bCs/>
          <w:lang w:val="nl-NL"/>
        </w:rPr>
        <w:t xml:space="preserve"> organisatie</w:t>
      </w:r>
    </w:p>
    <w:p w14:paraId="7570A893" w14:textId="77777777" w:rsidR="00C944CB" w:rsidRPr="00C944CB" w:rsidRDefault="00C944CB" w:rsidP="00C944CB">
      <w:p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Kenmerkend voor een wantrouwensmodel zijn:</w:t>
      </w:r>
    </w:p>
    <w:p w14:paraId="7E000DF4" w14:textId="77777777" w:rsidR="00C944CB" w:rsidRPr="00C944CB" w:rsidRDefault="00C944CB" w:rsidP="00C944CB">
      <w:pPr>
        <w:numPr>
          <w:ilvl w:val="0"/>
          <w:numId w:val="21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Intensieve dossiervorming ter zelfbescherming.</w:t>
      </w:r>
    </w:p>
    <w:p w14:paraId="632441E6" w14:textId="77777777" w:rsidR="00C944CB" w:rsidRPr="00C944CB" w:rsidRDefault="00C944CB" w:rsidP="00C944CB">
      <w:pPr>
        <w:numPr>
          <w:ilvl w:val="0"/>
          <w:numId w:val="21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Escalatie naar formele procedures als eerste reflex.</w:t>
      </w:r>
    </w:p>
    <w:p w14:paraId="010102EE" w14:textId="77777777" w:rsidR="00C944CB" w:rsidRPr="00C944CB" w:rsidRDefault="00C944CB" w:rsidP="00C944CB">
      <w:pPr>
        <w:numPr>
          <w:ilvl w:val="0"/>
          <w:numId w:val="21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Beperking van discretionaire ruimte op uitvoeringsniveau.</w:t>
      </w:r>
    </w:p>
    <w:p w14:paraId="1EDA06EE" w14:textId="77777777" w:rsidR="00C944CB" w:rsidRPr="00C944CB" w:rsidRDefault="00C944CB" w:rsidP="00C944CB">
      <w:pPr>
        <w:numPr>
          <w:ilvl w:val="0"/>
          <w:numId w:val="21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Vermijding van directe communicatie zonder verslagplicht.</w:t>
      </w:r>
    </w:p>
    <w:p w14:paraId="2D48A138" w14:textId="77777777" w:rsidR="00C944CB" w:rsidRPr="00C944CB" w:rsidRDefault="00C944CB" w:rsidP="00C944CB">
      <w:pPr>
        <w:numPr>
          <w:ilvl w:val="0"/>
          <w:numId w:val="21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Interpretatie van afwijkend gedrag als systeemrisico.</w:t>
      </w:r>
    </w:p>
    <w:p w14:paraId="565DAEA2" w14:textId="77777777" w:rsidR="00C944CB" w:rsidRPr="00C944CB" w:rsidRDefault="00C944CB" w:rsidP="00C944CB">
      <w:p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Deze kenmerken kunnen juridisch verdedigbaar zijn, maar relationeel destabiliserend werken.</w:t>
      </w:r>
    </w:p>
    <w:p w14:paraId="449CEF21" w14:textId="77777777" w:rsidR="00C944CB" w:rsidRPr="00C944CB" w:rsidRDefault="00C944CB" w:rsidP="00C944CB">
      <w:pPr>
        <w:pStyle w:val="Kop1"/>
        <w:rPr>
          <w:rFonts w:ascii="Quire Sans" w:hAnsi="Quire Sans" w:cs="Quire Sans"/>
          <w:b/>
          <w:bCs/>
          <w:lang w:val="nl-NL"/>
        </w:rPr>
      </w:pPr>
      <w:r w:rsidRPr="00C944CB">
        <w:rPr>
          <w:rFonts w:ascii="Quire Sans" w:hAnsi="Quire Sans" w:cs="Quire Sans"/>
          <w:b/>
          <w:bCs/>
          <w:lang w:val="nl-NL"/>
        </w:rPr>
        <w:t>6. Relatie tussen wantrouwen en juridisering</w:t>
      </w:r>
    </w:p>
    <w:p w14:paraId="538E917D" w14:textId="77777777" w:rsidR="00C944CB" w:rsidRPr="00C944CB" w:rsidRDefault="00C944CB" w:rsidP="00C944CB">
      <w:p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Wanneer wantrouwen structureel is ingebouwd:</w:t>
      </w:r>
    </w:p>
    <w:p w14:paraId="1F7053B6" w14:textId="77777777" w:rsidR="00C944CB" w:rsidRPr="00C944CB" w:rsidRDefault="00C944CB" w:rsidP="00C944CB">
      <w:pPr>
        <w:numPr>
          <w:ilvl w:val="0"/>
          <w:numId w:val="22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neemt bewijsdruk toe;</w:t>
      </w:r>
    </w:p>
    <w:p w14:paraId="334824CA" w14:textId="77777777" w:rsidR="00C944CB" w:rsidRPr="00C944CB" w:rsidRDefault="00C944CB" w:rsidP="00C944CB">
      <w:pPr>
        <w:numPr>
          <w:ilvl w:val="0"/>
          <w:numId w:val="22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worden besluiten steeds defensiever;</w:t>
      </w:r>
    </w:p>
    <w:p w14:paraId="71B831A5" w14:textId="77777777" w:rsidR="00C944CB" w:rsidRPr="00C944CB" w:rsidRDefault="00C944CB" w:rsidP="00C944CB">
      <w:pPr>
        <w:numPr>
          <w:ilvl w:val="0"/>
          <w:numId w:val="22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groeit afstand tussen systeem en burger;</w:t>
      </w:r>
    </w:p>
    <w:p w14:paraId="42558618" w14:textId="77777777" w:rsidR="00C944CB" w:rsidRPr="00C944CB" w:rsidRDefault="00C944CB" w:rsidP="00C944CB">
      <w:pPr>
        <w:numPr>
          <w:ilvl w:val="0"/>
          <w:numId w:val="22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ontstaat juridisering als primaire conflictstrategie.</w:t>
      </w:r>
    </w:p>
    <w:p w14:paraId="660629FF" w14:textId="77777777" w:rsidR="00C944CB" w:rsidRPr="00C944CB" w:rsidRDefault="00C944CB" w:rsidP="00C944CB">
      <w:p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Juridisering is binnen dit model geen uitzondering, maar logische uitkomst.</w:t>
      </w:r>
    </w:p>
    <w:p w14:paraId="15860F54" w14:textId="77777777" w:rsidR="00C944CB" w:rsidRPr="00C944CB" w:rsidRDefault="00C944CB" w:rsidP="00C944CB">
      <w:p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Belangrijk: juridisering kan noodzakelijk zijn voor rechtsbescherming, maar is niet ontworpen als herstelinstrument.</w:t>
      </w:r>
    </w:p>
    <w:p w14:paraId="47280FF1" w14:textId="77777777" w:rsidR="00C944CB" w:rsidRPr="00C944CB" w:rsidRDefault="00C944CB" w:rsidP="00C944CB">
      <w:pPr>
        <w:pStyle w:val="Kop1"/>
        <w:rPr>
          <w:rFonts w:ascii="Quire Sans" w:hAnsi="Quire Sans" w:cs="Quire Sans"/>
          <w:b/>
          <w:bCs/>
          <w:lang w:val="nl-NL"/>
        </w:rPr>
      </w:pPr>
      <w:r w:rsidRPr="00C944CB">
        <w:rPr>
          <w:rFonts w:ascii="Quire Sans" w:hAnsi="Quire Sans" w:cs="Quire Sans"/>
          <w:b/>
          <w:bCs/>
          <w:lang w:val="nl-NL"/>
        </w:rPr>
        <w:t xml:space="preserve">7. </w:t>
      </w:r>
      <w:proofErr w:type="spellStart"/>
      <w:r w:rsidRPr="00C944CB">
        <w:rPr>
          <w:rFonts w:ascii="Quire Sans" w:hAnsi="Quire Sans" w:cs="Quire Sans"/>
          <w:b/>
          <w:bCs/>
          <w:lang w:val="nl-NL"/>
        </w:rPr>
        <w:t>Governance</w:t>
      </w:r>
      <w:proofErr w:type="spellEnd"/>
      <w:r w:rsidRPr="00C944CB">
        <w:rPr>
          <w:rFonts w:ascii="Quire Sans" w:hAnsi="Quire Sans" w:cs="Quire Sans"/>
          <w:b/>
          <w:bCs/>
          <w:lang w:val="nl-NL"/>
        </w:rPr>
        <w:t>-implicaties</w:t>
      </w:r>
    </w:p>
    <w:p w14:paraId="66F86CEF" w14:textId="77777777" w:rsidR="00C944CB" w:rsidRPr="00C944CB" w:rsidRDefault="00C944CB" w:rsidP="00C944CB">
      <w:p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 xml:space="preserve">Indien wantrouwen wordt erkend als organisatiemodel, volgen daaruit de volgende </w:t>
      </w:r>
      <w:proofErr w:type="spellStart"/>
      <w:r w:rsidRPr="00C944CB">
        <w:rPr>
          <w:rFonts w:ascii="Quire Sans" w:hAnsi="Quire Sans" w:cs="Quire Sans"/>
          <w:lang w:val="nl-NL"/>
        </w:rPr>
        <w:t>governance</w:t>
      </w:r>
      <w:proofErr w:type="spellEnd"/>
      <w:r w:rsidRPr="00C944CB">
        <w:rPr>
          <w:rFonts w:ascii="Quire Sans" w:hAnsi="Quire Sans" w:cs="Quire Sans"/>
          <w:lang w:val="nl-NL"/>
        </w:rPr>
        <w:t>-implicaties:</w:t>
      </w:r>
    </w:p>
    <w:p w14:paraId="63780B9A" w14:textId="77777777" w:rsidR="00C944CB" w:rsidRPr="00C944CB" w:rsidRDefault="00C944CB" w:rsidP="00C944CB">
      <w:pPr>
        <w:numPr>
          <w:ilvl w:val="0"/>
          <w:numId w:val="23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Controle moet proportioneel en expliciet gemotiveerd zijn.</w:t>
      </w:r>
    </w:p>
    <w:p w14:paraId="0F61F9AD" w14:textId="77777777" w:rsidR="00C944CB" w:rsidRPr="00C944CB" w:rsidRDefault="00C944CB" w:rsidP="00C944CB">
      <w:pPr>
        <w:numPr>
          <w:ilvl w:val="0"/>
          <w:numId w:val="23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Directe communicatie moet mogelijk blijven zonder escalatie.</w:t>
      </w:r>
    </w:p>
    <w:p w14:paraId="3CB41673" w14:textId="77777777" w:rsidR="00C944CB" w:rsidRPr="00C944CB" w:rsidRDefault="00C944CB" w:rsidP="00C944CB">
      <w:pPr>
        <w:numPr>
          <w:ilvl w:val="0"/>
          <w:numId w:val="23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Discretionaire ruimte moet worden beschermd.</w:t>
      </w:r>
    </w:p>
    <w:p w14:paraId="63CE00E2" w14:textId="77777777" w:rsidR="00C944CB" w:rsidRPr="00C944CB" w:rsidRDefault="00C944CB" w:rsidP="00C944CB">
      <w:pPr>
        <w:numPr>
          <w:ilvl w:val="0"/>
          <w:numId w:val="23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Tijdelijkheid van maatregelen moet zichtbaar zijn.</w:t>
      </w:r>
    </w:p>
    <w:p w14:paraId="7104C666" w14:textId="77777777" w:rsidR="00C944CB" w:rsidRPr="00C944CB" w:rsidRDefault="00C944CB" w:rsidP="00C944CB">
      <w:pPr>
        <w:numPr>
          <w:ilvl w:val="0"/>
          <w:numId w:val="23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Scheiding van toezicht, uitvoering en beoordeling moet worden bewaakt.</w:t>
      </w:r>
    </w:p>
    <w:p w14:paraId="5F3C3143" w14:textId="77777777" w:rsidR="00C944CB" w:rsidRPr="00C944CB" w:rsidRDefault="00C944CB" w:rsidP="00C944CB">
      <w:p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Deze implicaties vragen geen afschaffing van toezicht, maar herijking van uitgangspunten.</w:t>
      </w:r>
    </w:p>
    <w:p w14:paraId="1F277250" w14:textId="77777777" w:rsidR="00C944CB" w:rsidRPr="00C944CB" w:rsidRDefault="00C944CB" w:rsidP="00C944CB">
      <w:pPr>
        <w:pStyle w:val="Kop1"/>
        <w:rPr>
          <w:rFonts w:ascii="Quire Sans" w:hAnsi="Quire Sans" w:cs="Quire Sans"/>
          <w:b/>
          <w:bCs/>
          <w:lang w:val="nl-NL"/>
        </w:rPr>
      </w:pPr>
      <w:r w:rsidRPr="00C944CB">
        <w:rPr>
          <w:rFonts w:ascii="Quire Sans" w:hAnsi="Quire Sans" w:cs="Quire Sans"/>
          <w:b/>
          <w:bCs/>
          <w:lang w:val="nl-NL"/>
        </w:rPr>
        <w:t>8. Wantrouwen versus professioneel vertrouwen</w:t>
      </w:r>
    </w:p>
    <w:p w14:paraId="4759398F" w14:textId="77777777" w:rsidR="00C944CB" w:rsidRPr="00C944CB" w:rsidRDefault="00C944CB" w:rsidP="00C944CB">
      <w:p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Professioneel vertrouwen betekent niet naïviteit of afwezigheid van controle. Het betekent:</w:t>
      </w:r>
    </w:p>
    <w:p w14:paraId="4501FC44" w14:textId="77777777" w:rsidR="00C944CB" w:rsidRPr="00C944CB" w:rsidRDefault="00C944CB" w:rsidP="00C944CB">
      <w:pPr>
        <w:numPr>
          <w:ilvl w:val="0"/>
          <w:numId w:val="24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toetsbare, maar relationeel gedragen besluitvorming;</w:t>
      </w:r>
    </w:p>
    <w:p w14:paraId="783783F5" w14:textId="77777777" w:rsidR="00C944CB" w:rsidRPr="00C944CB" w:rsidRDefault="00C944CB" w:rsidP="00C944CB">
      <w:pPr>
        <w:numPr>
          <w:ilvl w:val="0"/>
          <w:numId w:val="24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ruimte voor context;</w:t>
      </w:r>
    </w:p>
    <w:p w14:paraId="04CE443F" w14:textId="77777777" w:rsidR="00C944CB" w:rsidRPr="00C944CB" w:rsidRDefault="00C944CB" w:rsidP="00C944CB">
      <w:pPr>
        <w:numPr>
          <w:ilvl w:val="0"/>
          <w:numId w:val="24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erkenning van tijdelijke onzekerheid;</w:t>
      </w:r>
    </w:p>
    <w:p w14:paraId="781CCA46" w14:textId="77777777" w:rsidR="00C944CB" w:rsidRPr="00C944CB" w:rsidRDefault="00C944CB" w:rsidP="00C944CB">
      <w:pPr>
        <w:numPr>
          <w:ilvl w:val="0"/>
          <w:numId w:val="24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bereidheid tot herpositionering.</w:t>
      </w:r>
    </w:p>
    <w:p w14:paraId="0388D1C6" w14:textId="77777777" w:rsidR="00C944CB" w:rsidRPr="00C944CB" w:rsidRDefault="00C944CB" w:rsidP="00C944CB">
      <w:p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Een organisatie die uitsluitend via wantrouwen functioneert, reduceert professionals tot uitvoerders van risicobeheersing.</w:t>
      </w:r>
    </w:p>
    <w:p w14:paraId="7C67F709" w14:textId="77777777" w:rsidR="00C944CB" w:rsidRPr="00C944CB" w:rsidRDefault="00C944CB" w:rsidP="00C944CB">
      <w:pPr>
        <w:pStyle w:val="Kop1"/>
        <w:rPr>
          <w:rFonts w:ascii="Quire Sans" w:hAnsi="Quire Sans" w:cs="Quire Sans"/>
          <w:b/>
          <w:bCs/>
          <w:lang w:val="nl-NL"/>
        </w:rPr>
      </w:pPr>
      <w:r w:rsidRPr="00C944CB">
        <w:rPr>
          <w:rFonts w:ascii="Quire Sans" w:hAnsi="Quire Sans" w:cs="Quire Sans"/>
          <w:b/>
          <w:bCs/>
          <w:lang w:val="nl-NL"/>
        </w:rPr>
        <w:t>9. Verhouding tot wet- en regelgeving</w:t>
      </w:r>
    </w:p>
    <w:p w14:paraId="3B7D0809" w14:textId="77777777" w:rsidR="00C944CB" w:rsidRPr="00C944CB" w:rsidRDefault="00C944CB" w:rsidP="00C944CB">
      <w:p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Deze sub-</w:t>
      </w:r>
      <w:proofErr w:type="spellStart"/>
      <w:r w:rsidRPr="00C944CB">
        <w:rPr>
          <w:rFonts w:ascii="Quire Sans" w:hAnsi="Quire Sans" w:cs="Quire Sans"/>
          <w:lang w:val="nl-NL"/>
        </w:rPr>
        <w:t>positionpaper</w:t>
      </w:r>
      <w:proofErr w:type="spellEnd"/>
      <w:r w:rsidRPr="00C944CB">
        <w:rPr>
          <w:rFonts w:ascii="Quire Sans" w:hAnsi="Quire Sans" w:cs="Quire Sans"/>
          <w:lang w:val="nl-NL"/>
        </w:rPr>
        <w:t>:</w:t>
      </w:r>
    </w:p>
    <w:p w14:paraId="46AA0D2C" w14:textId="77777777" w:rsidR="00C944CB" w:rsidRPr="00C944CB" w:rsidRDefault="00C944CB" w:rsidP="00C944CB">
      <w:pPr>
        <w:numPr>
          <w:ilvl w:val="0"/>
          <w:numId w:val="25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respecteert beginselen van behoorlijk bestuur (</w:t>
      </w:r>
      <w:proofErr w:type="spellStart"/>
      <w:r w:rsidRPr="00C944CB">
        <w:rPr>
          <w:rFonts w:ascii="Quire Sans" w:hAnsi="Quire Sans" w:cs="Quire Sans"/>
          <w:lang w:val="nl-NL"/>
        </w:rPr>
        <w:t>Awb</w:t>
      </w:r>
      <w:proofErr w:type="spellEnd"/>
      <w:r w:rsidRPr="00C944CB">
        <w:rPr>
          <w:rFonts w:ascii="Quire Sans" w:hAnsi="Quire Sans" w:cs="Quire Sans"/>
          <w:lang w:val="nl-NL"/>
        </w:rPr>
        <w:t>);</w:t>
      </w:r>
    </w:p>
    <w:p w14:paraId="04C82AE7" w14:textId="77777777" w:rsidR="00C944CB" w:rsidRPr="00C944CB" w:rsidRDefault="00C944CB" w:rsidP="00C944CB">
      <w:pPr>
        <w:numPr>
          <w:ilvl w:val="0"/>
          <w:numId w:val="25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doet geen afbreuk aan toezichtverplichtingen;</w:t>
      </w:r>
    </w:p>
    <w:p w14:paraId="0E229233" w14:textId="77777777" w:rsidR="00C944CB" w:rsidRPr="00C944CB" w:rsidRDefault="00C944CB" w:rsidP="00C944CB">
      <w:pPr>
        <w:numPr>
          <w:ilvl w:val="0"/>
          <w:numId w:val="25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vervangt geen klacht-, bezwaar- of beroepsprocedures;</w:t>
      </w:r>
    </w:p>
    <w:p w14:paraId="5F4F5D6E" w14:textId="77777777" w:rsidR="00C944CB" w:rsidRPr="00C944CB" w:rsidRDefault="00C944CB" w:rsidP="00C944CB">
      <w:pPr>
        <w:numPr>
          <w:ilvl w:val="0"/>
          <w:numId w:val="25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creëert geen nieuwe rechtsnorm.</w:t>
      </w:r>
    </w:p>
    <w:p w14:paraId="02C039EE" w14:textId="77777777" w:rsidR="00C944CB" w:rsidRPr="00C944CB" w:rsidRDefault="00C944CB" w:rsidP="00C944CB">
      <w:p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 xml:space="preserve">Zij positioneert vertrouwen als </w:t>
      </w:r>
      <w:proofErr w:type="spellStart"/>
      <w:r w:rsidRPr="00C944CB">
        <w:rPr>
          <w:rFonts w:ascii="Quire Sans" w:hAnsi="Quire Sans" w:cs="Quire Sans"/>
          <w:lang w:val="nl-NL"/>
        </w:rPr>
        <w:t>governance</w:t>
      </w:r>
      <w:proofErr w:type="spellEnd"/>
      <w:r w:rsidRPr="00C944CB">
        <w:rPr>
          <w:rFonts w:ascii="Quire Sans" w:hAnsi="Quire Sans" w:cs="Quire Sans"/>
          <w:lang w:val="nl-NL"/>
        </w:rPr>
        <w:t>-keuze binnen bestaande wettelijke kaders.</w:t>
      </w:r>
    </w:p>
    <w:p w14:paraId="237B0155" w14:textId="447A0D77" w:rsidR="00C944CB" w:rsidRPr="00C944CB" w:rsidRDefault="00C944CB" w:rsidP="00C944CB">
      <w:pPr>
        <w:rPr>
          <w:rFonts w:ascii="Quire Sans" w:hAnsi="Quire Sans" w:cs="Quire Sans"/>
          <w:lang w:val="nl-NL"/>
        </w:rPr>
      </w:pPr>
    </w:p>
    <w:p w14:paraId="40EED141" w14:textId="77777777" w:rsidR="00C944CB" w:rsidRPr="00C944CB" w:rsidRDefault="00C944CB" w:rsidP="00C944CB">
      <w:pPr>
        <w:pStyle w:val="Kop1"/>
        <w:rPr>
          <w:rFonts w:ascii="Quire Sans" w:hAnsi="Quire Sans" w:cs="Quire Sans"/>
          <w:b/>
          <w:bCs/>
          <w:lang w:val="nl-NL"/>
        </w:rPr>
      </w:pPr>
      <w:r w:rsidRPr="00C944CB">
        <w:rPr>
          <w:rFonts w:ascii="Quire Sans" w:hAnsi="Quire Sans" w:cs="Quire Sans"/>
          <w:b/>
          <w:bCs/>
          <w:lang w:val="nl-NL"/>
        </w:rPr>
        <w:t>10. Positionering binnen CIV-CARE P001</w:t>
      </w:r>
    </w:p>
    <w:p w14:paraId="24DE7E03" w14:textId="77777777" w:rsidR="00C944CB" w:rsidRPr="00C944CB" w:rsidRDefault="00C944CB" w:rsidP="00C944CB">
      <w:p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Deze sub-</w:t>
      </w:r>
      <w:proofErr w:type="spellStart"/>
      <w:r w:rsidRPr="00C944CB">
        <w:rPr>
          <w:rFonts w:ascii="Quire Sans" w:hAnsi="Quire Sans" w:cs="Quire Sans"/>
          <w:lang w:val="nl-NL"/>
        </w:rPr>
        <w:t>positionpaper</w:t>
      </w:r>
      <w:proofErr w:type="spellEnd"/>
      <w:r w:rsidRPr="00C944CB">
        <w:rPr>
          <w:rFonts w:ascii="Quire Sans" w:hAnsi="Quire Sans" w:cs="Quire Sans"/>
          <w:lang w:val="nl-NL"/>
        </w:rPr>
        <w:t xml:space="preserve"> vormt:</w:t>
      </w:r>
    </w:p>
    <w:p w14:paraId="0694F2F0" w14:textId="77777777" w:rsidR="00C944CB" w:rsidRPr="00C944CB" w:rsidRDefault="00C944CB" w:rsidP="00C944CB">
      <w:pPr>
        <w:numPr>
          <w:ilvl w:val="0"/>
          <w:numId w:val="26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SHPP004-03 binnen de HPP004-reeks;</w:t>
      </w:r>
    </w:p>
    <w:p w14:paraId="1B389D5C" w14:textId="77777777" w:rsidR="00C944CB" w:rsidRPr="00C944CB" w:rsidRDefault="00C944CB" w:rsidP="00C944CB">
      <w:pPr>
        <w:numPr>
          <w:ilvl w:val="0"/>
          <w:numId w:val="26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een verdieping van systeem- en cultuurvraagstukken;</w:t>
      </w:r>
    </w:p>
    <w:p w14:paraId="65F9806D" w14:textId="77777777" w:rsidR="00C944CB" w:rsidRPr="00C944CB" w:rsidRDefault="00C944CB" w:rsidP="00C944CB">
      <w:pPr>
        <w:numPr>
          <w:ilvl w:val="0"/>
          <w:numId w:val="26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een schakel tussen machtsconcentratie (SHPP004-02) en federatieve alternatieven (SHPP004-05).</w:t>
      </w:r>
    </w:p>
    <w:p w14:paraId="2FC0C3AB" w14:textId="77777777" w:rsidR="00C944CB" w:rsidRPr="00C944CB" w:rsidRDefault="00C944CB" w:rsidP="00C944CB">
      <w:p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Zij functioneert als reflectietool voor bestuurders, toezichthouders en beleidsmakers.</w:t>
      </w:r>
    </w:p>
    <w:p w14:paraId="7877AA4A" w14:textId="77777777" w:rsidR="00C944CB" w:rsidRPr="00C944CB" w:rsidRDefault="00C944CB" w:rsidP="00C944CB">
      <w:pPr>
        <w:pStyle w:val="Kop1"/>
        <w:rPr>
          <w:rFonts w:ascii="Quire Sans" w:hAnsi="Quire Sans" w:cs="Quire Sans"/>
          <w:b/>
          <w:bCs/>
          <w:lang w:val="nl-NL"/>
        </w:rPr>
      </w:pPr>
      <w:r w:rsidRPr="00C944CB">
        <w:rPr>
          <w:rFonts w:ascii="Quire Sans" w:hAnsi="Quire Sans" w:cs="Quire Sans"/>
          <w:b/>
          <w:bCs/>
          <w:lang w:val="nl-NL"/>
        </w:rPr>
        <w:t>11. Open karakter en uitnodiging tot reflectie</w:t>
      </w:r>
    </w:p>
    <w:p w14:paraId="21CCBF89" w14:textId="77777777" w:rsidR="00C944CB" w:rsidRPr="00C944CB" w:rsidRDefault="00C944CB" w:rsidP="00C944CB">
      <w:p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Deze sub-</w:t>
      </w:r>
      <w:proofErr w:type="spellStart"/>
      <w:r w:rsidRPr="00C944CB">
        <w:rPr>
          <w:rFonts w:ascii="Quire Sans" w:hAnsi="Quire Sans" w:cs="Quire Sans"/>
          <w:lang w:val="nl-NL"/>
        </w:rPr>
        <w:t>positionpaper</w:t>
      </w:r>
      <w:proofErr w:type="spellEnd"/>
      <w:r w:rsidRPr="00C944CB">
        <w:rPr>
          <w:rFonts w:ascii="Quire Sans" w:hAnsi="Quire Sans" w:cs="Quire Sans"/>
          <w:lang w:val="nl-NL"/>
        </w:rPr>
        <w:t xml:space="preserve"> is gepubliceerd als concept (v0.9).</w:t>
      </w:r>
    </w:p>
    <w:p w14:paraId="46DCBEEA" w14:textId="77777777" w:rsidR="00C944CB" w:rsidRPr="00C944CB" w:rsidRDefault="00C944CB" w:rsidP="00C944CB">
      <w:p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CIV-CARE nodigt uit tot:</w:t>
      </w:r>
    </w:p>
    <w:p w14:paraId="1D94F02D" w14:textId="77777777" w:rsidR="00C944CB" w:rsidRPr="00C944CB" w:rsidRDefault="00C944CB" w:rsidP="00C944CB">
      <w:pPr>
        <w:numPr>
          <w:ilvl w:val="0"/>
          <w:numId w:val="27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 xml:space="preserve">reflectie op </w:t>
      </w:r>
      <w:proofErr w:type="spellStart"/>
      <w:r w:rsidRPr="00C944CB">
        <w:rPr>
          <w:rFonts w:ascii="Quire Sans" w:hAnsi="Quire Sans" w:cs="Quire Sans"/>
          <w:lang w:val="nl-NL"/>
        </w:rPr>
        <w:t>risicodenken</w:t>
      </w:r>
      <w:proofErr w:type="spellEnd"/>
      <w:r w:rsidRPr="00C944CB">
        <w:rPr>
          <w:rFonts w:ascii="Quire Sans" w:hAnsi="Quire Sans" w:cs="Quire Sans"/>
          <w:lang w:val="nl-NL"/>
        </w:rPr>
        <w:t xml:space="preserve"> binnen organisaties;</w:t>
      </w:r>
    </w:p>
    <w:p w14:paraId="75CEA7AA" w14:textId="77777777" w:rsidR="00C944CB" w:rsidRPr="00C944CB" w:rsidRDefault="00C944CB" w:rsidP="00C944CB">
      <w:pPr>
        <w:numPr>
          <w:ilvl w:val="0"/>
          <w:numId w:val="27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analyse van defensieve dossiervorming;</w:t>
      </w:r>
    </w:p>
    <w:p w14:paraId="1403233D" w14:textId="77777777" w:rsidR="00C944CB" w:rsidRPr="00C944CB" w:rsidRDefault="00C944CB" w:rsidP="00C944CB">
      <w:pPr>
        <w:numPr>
          <w:ilvl w:val="0"/>
          <w:numId w:val="27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voorbeelden waarin vertrouwen stabiliserend werkte;</w:t>
      </w:r>
    </w:p>
    <w:p w14:paraId="576BA603" w14:textId="77777777" w:rsidR="00C944CB" w:rsidRPr="00C944CB" w:rsidRDefault="00C944CB" w:rsidP="00C944CB">
      <w:pPr>
        <w:numPr>
          <w:ilvl w:val="0"/>
          <w:numId w:val="27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bestuurlijke tegenlezing.</w:t>
      </w:r>
    </w:p>
    <w:p w14:paraId="57CCAC89" w14:textId="77777777" w:rsidR="00C944CB" w:rsidRPr="00C944CB" w:rsidRDefault="00C944CB" w:rsidP="00C944CB">
      <w:p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Niet om controle af te schaffen, maar om legitimiteit te versterken.</w:t>
      </w:r>
    </w:p>
    <w:p w14:paraId="48F1DB1E" w14:textId="77777777" w:rsidR="00C944CB" w:rsidRDefault="00C944CB">
      <w:pPr>
        <w:rPr>
          <w:rFonts w:ascii="Quire Sans" w:eastAsiaTheme="majorEastAsia" w:hAnsi="Quire Sans" w:cs="Quire Sans"/>
          <w:b/>
          <w:bCs/>
          <w:caps/>
          <w:sz w:val="36"/>
          <w:szCs w:val="36"/>
          <w:lang w:val="nl-NL"/>
        </w:rPr>
      </w:pPr>
      <w:r>
        <w:rPr>
          <w:rFonts w:ascii="Quire Sans" w:hAnsi="Quire Sans" w:cs="Quire Sans"/>
          <w:b/>
          <w:bCs/>
          <w:lang w:val="nl-NL"/>
        </w:rPr>
        <w:br w:type="page"/>
      </w:r>
    </w:p>
    <w:p w14:paraId="4C111C0C" w14:textId="1817179F" w:rsidR="00C944CB" w:rsidRPr="00C944CB" w:rsidRDefault="00C944CB" w:rsidP="00C944CB">
      <w:pPr>
        <w:pStyle w:val="Kop1"/>
        <w:rPr>
          <w:rFonts w:ascii="Quire Sans" w:hAnsi="Quire Sans" w:cs="Quire Sans"/>
          <w:b/>
          <w:bCs/>
          <w:lang w:val="nl-NL"/>
        </w:rPr>
      </w:pPr>
      <w:r w:rsidRPr="00C944CB">
        <w:rPr>
          <w:rFonts w:ascii="Quire Sans" w:hAnsi="Quire Sans" w:cs="Quire Sans"/>
          <w:b/>
          <w:bCs/>
          <w:lang w:val="nl-NL"/>
        </w:rPr>
        <w:t>12. Slotverklaring</w:t>
      </w:r>
    </w:p>
    <w:p w14:paraId="476DD1E6" w14:textId="77777777" w:rsidR="00C944CB" w:rsidRPr="00C944CB" w:rsidRDefault="00C944CB" w:rsidP="00C944CB">
      <w:p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Wantrouwen kan functioneel zijn als tijdelijk instrument.</w:t>
      </w:r>
    </w:p>
    <w:p w14:paraId="5B1A40B7" w14:textId="77777777" w:rsidR="00C944CB" w:rsidRPr="00C944CB" w:rsidRDefault="00C944CB" w:rsidP="00C944CB">
      <w:p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Wanneer het echter het organiserende principe wordt, verliest het systeem relationele legitimiteit.</w:t>
      </w:r>
    </w:p>
    <w:p w14:paraId="1931965B" w14:textId="77777777" w:rsidR="00C944CB" w:rsidRPr="00C944CB" w:rsidRDefault="00C944CB" w:rsidP="00C944CB">
      <w:p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Stabiliteit vraagt niet om afwezigheid van controle, maar om controle die begrensd, uitlegbaar en tijdelijk is.</w:t>
      </w:r>
    </w:p>
    <w:p w14:paraId="1E61EDCA" w14:textId="77777777" w:rsidR="00C944CB" w:rsidRPr="00C944CB" w:rsidRDefault="00C944CB" w:rsidP="00C944CB">
      <w:p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Vertrouwen is geen tegenstelling van toezicht, maar haar noodzakelijke tegenwicht.</w:t>
      </w:r>
    </w:p>
    <w:p w14:paraId="5475F698" w14:textId="340C91E4" w:rsidR="00C944CB" w:rsidRPr="00C944CB" w:rsidRDefault="00C944CB" w:rsidP="00C944CB">
      <w:pPr>
        <w:pStyle w:val="Kop1"/>
        <w:rPr>
          <w:rFonts w:ascii="Quire Sans" w:hAnsi="Quire Sans" w:cs="Quire Sans"/>
          <w:b/>
          <w:bCs/>
          <w:lang w:val="nl-NL"/>
        </w:rPr>
      </w:pPr>
      <w:r w:rsidRPr="00C944CB">
        <w:rPr>
          <w:rFonts w:ascii="Quire Sans" w:hAnsi="Quire Sans" w:cs="Quire Sans"/>
          <w:b/>
          <w:bCs/>
          <w:lang w:val="nl-NL"/>
        </w:rPr>
        <w:t>G</w:t>
      </w:r>
      <w:r w:rsidRPr="00C944CB">
        <w:rPr>
          <w:rFonts w:ascii="Quire Sans" w:hAnsi="Quire Sans" w:cs="Quire Sans"/>
          <w:b/>
          <w:bCs/>
          <w:lang w:val="nl-NL"/>
        </w:rPr>
        <w:t>overnance en versiestandaard (CIV-CARE)</w:t>
      </w:r>
    </w:p>
    <w:p w14:paraId="4C81FE9C" w14:textId="77777777" w:rsidR="00C944CB" w:rsidRPr="00C944CB" w:rsidRDefault="00C944CB" w:rsidP="00C944CB">
      <w:p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Deze sub-</w:t>
      </w:r>
      <w:proofErr w:type="spellStart"/>
      <w:r w:rsidRPr="00C944CB">
        <w:rPr>
          <w:rFonts w:ascii="Quire Sans" w:hAnsi="Quire Sans" w:cs="Quire Sans"/>
          <w:lang w:val="nl-NL"/>
        </w:rPr>
        <w:t>positionpaper</w:t>
      </w:r>
      <w:proofErr w:type="spellEnd"/>
      <w:r w:rsidRPr="00C944CB">
        <w:rPr>
          <w:rFonts w:ascii="Quire Sans" w:hAnsi="Quire Sans" w:cs="Quire Sans"/>
          <w:lang w:val="nl-NL"/>
        </w:rPr>
        <w:t xml:space="preserve"> wordt gepubliceerd volgens de CIV-CARE versiestandaard.</w:t>
      </w:r>
    </w:p>
    <w:p w14:paraId="321174E6" w14:textId="77777777" w:rsidR="00C944CB" w:rsidRPr="00C944CB" w:rsidRDefault="00C944CB" w:rsidP="00C944CB">
      <w:pPr>
        <w:rPr>
          <w:rFonts w:ascii="Quire Sans" w:hAnsi="Quire Sans" w:cs="Quire Sans"/>
          <w:b/>
          <w:bCs/>
          <w:lang w:val="nl-NL"/>
        </w:rPr>
      </w:pPr>
      <w:r w:rsidRPr="00C944CB">
        <w:rPr>
          <w:rFonts w:ascii="Quire Sans" w:hAnsi="Quire Sans" w:cs="Quire Sans"/>
          <w:b/>
          <w:bCs/>
          <w:lang w:val="nl-NL"/>
        </w:rPr>
        <w:t>v0.9 – Concept</w:t>
      </w:r>
    </w:p>
    <w:p w14:paraId="62BE674E" w14:textId="77777777" w:rsidR="00C944CB" w:rsidRPr="00C944CB" w:rsidRDefault="00C944CB" w:rsidP="00C944CB">
      <w:p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Inhoudelijk coherent en open voor reflectie.</w:t>
      </w:r>
    </w:p>
    <w:p w14:paraId="3D8E0DAD" w14:textId="77777777" w:rsidR="00C944CB" w:rsidRPr="00C944CB" w:rsidRDefault="00C944CB" w:rsidP="00C944CB">
      <w:pPr>
        <w:rPr>
          <w:rFonts w:ascii="Quire Sans" w:hAnsi="Quire Sans" w:cs="Quire Sans"/>
          <w:b/>
          <w:bCs/>
          <w:lang w:val="nl-NL"/>
        </w:rPr>
      </w:pPr>
      <w:r w:rsidRPr="00C944CB">
        <w:rPr>
          <w:rFonts w:ascii="Quire Sans" w:hAnsi="Quire Sans" w:cs="Quire Sans"/>
          <w:b/>
          <w:bCs/>
          <w:lang w:val="nl-NL"/>
        </w:rPr>
        <w:t>v1.0 – Vastgesteld kaderdocument</w:t>
      </w:r>
    </w:p>
    <w:p w14:paraId="0DAF86BC" w14:textId="77777777" w:rsidR="00C944CB" w:rsidRPr="00C944CB" w:rsidRDefault="00C944CB" w:rsidP="00C944CB">
      <w:p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Formeel vastgesteld als normatief referentiekader binnen CIV-CARE P001.</w:t>
      </w:r>
    </w:p>
    <w:p w14:paraId="580F9FC8" w14:textId="77777777" w:rsidR="00C944CB" w:rsidRPr="00C944CB" w:rsidRDefault="00C944CB" w:rsidP="00C944CB">
      <w:pPr>
        <w:pStyle w:val="Kop1"/>
        <w:rPr>
          <w:rFonts w:ascii="Quire Sans" w:hAnsi="Quire Sans" w:cs="Quire Sans"/>
          <w:b/>
          <w:bCs/>
          <w:lang w:val="nl-NL"/>
        </w:rPr>
      </w:pPr>
      <w:r w:rsidRPr="00C944CB">
        <w:rPr>
          <w:rFonts w:ascii="Quire Sans" w:hAnsi="Quire Sans" w:cs="Quire Sans"/>
          <w:b/>
          <w:bCs/>
          <w:lang w:val="nl-NL"/>
        </w:rPr>
        <w:t>Publieke Call-to-Action</w:t>
      </w:r>
    </w:p>
    <w:p w14:paraId="6A71AD18" w14:textId="77777777" w:rsidR="00C944CB" w:rsidRPr="00C944CB" w:rsidRDefault="00C944CB" w:rsidP="00C944CB">
      <w:p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Deze sub-</w:t>
      </w:r>
      <w:proofErr w:type="spellStart"/>
      <w:r w:rsidRPr="00C944CB">
        <w:rPr>
          <w:rFonts w:ascii="Quire Sans" w:hAnsi="Quire Sans" w:cs="Quire Sans"/>
          <w:lang w:val="nl-NL"/>
        </w:rPr>
        <w:t>positionpaper</w:t>
      </w:r>
      <w:proofErr w:type="spellEnd"/>
      <w:r w:rsidRPr="00C944CB">
        <w:rPr>
          <w:rFonts w:ascii="Quire Sans" w:hAnsi="Quire Sans" w:cs="Quire Sans"/>
          <w:lang w:val="nl-NL"/>
        </w:rPr>
        <w:t xml:space="preserve"> is een uitnodiging tot organisatorische reflectie.</w:t>
      </w:r>
    </w:p>
    <w:p w14:paraId="260A7213" w14:textId="77777777" w:rsidR="00C944CB" w:rsidRPr="00C944CB" w:rsidRDefault="00C944CB" w:rsidP="00C944CB">
      <w:p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Wij nodigen u uit om:</w:t>
      </w:r>
    </w:p>
    <w:p w14:paraId="79C6FC25" w14:textId="77777777" w:rsidR="00C944CB" w:rsidRPr="00C944CB" w:rsidRDefault="00C944CB" w:rsidP="00C944CB">
      <w:pPr>
        <w:numPr>
          <w:ilvl w:val="0"/>
          <w:numId w:val="28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te onderzoeken waar wantrouwen impliciet is ingebouwd;</w:t>
      </w:r>
    </w:p>
    <w:p w14:paraId="61C40EF3" w14:textId="77777777" w:rsidR="00C944CB" w:rsidRPr="00C944CB" w:rsidRDefault="00C944CB" w:rsidP="00C944CB">
      <w:pPr>
        <w:numPr>
          <w:ilvl w:val="0"/>
          <w:numId w:val="28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signalen van defensieve cultuur te delen;</w:t>
      </w:r>
    </w:p>
    <w:p w14:paraId="397E75B1" w14:textId="77777777" w:rsidR="00C944CB" w:rsidRPr="00C944CB" w:rsidRDefault="00C944CB" w:rsidP="00C944CB">
      <w:pPr>
        <w:numPr>
          <w:ilvl w:val="0"/>
          <w:numId w:val="28"/>
        </w:num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 xml:space="preserve">bij te dragen aan </w:t>
      </w:r>
      <w:proofErr w:type="spellStart"/>
      <w:r w:rsidRPr="00C944CB">
        <w:rPr>
          <w:rFonts w:ascii="Quire Sans" w:hAnsi="Quire Sans" w:cs="Quire Sans"/>
          <w:lang w:val="nl-NL"/>
        </w:rPr>
        <w:t>governance</w:t>
      </w:r>
      <w:proofErr w:type="spellEnd"/>
      <w:r w:rsidRPr="00C944CB">
        <w:rPr>
          <w:rFonts w:ascii="Quire Sans" w:hAnsi="Quire Sans" w:cs="Quire Sans"/>
          <w:lang w:val="nl-NL"/>
        </w:rPr>
        <w:t>-modellen waarin toezicht en vertrouwen in balans zijn.</w:t>
      </w:r>
    </w:p>
    <w:p w14:paraId="4375D2FA" w14:textId="77777777" w:rsidR="00C944CB" w:rsidRPr="00C944CB" w:rsidRDefault="00C944CB" w:rsidP="00C944CB">
      <w:pPr>
        <w:rPr>
          <w:rFonts w:ascii="Quire Sans" w:hAnsi="Quire Sans" w:cs="Quire Sans"/>
          <w:lang w:val="nl-NL"/>
        </w:rPr>
      </w:pPr>
      <w:r w:rsidRPr="00C944CB">
        <w:rPr>
          <w:rFonts w:ascii="Quire Sans" w:hAnsi="Quire Sans" w:cs="Quire Sans"/>
          <w:lang w:val="nl-NL"/>
        </w:rPr>
        <w:t>Legitimiteit ontstaat waar controle proportioneel blijft.</w:t>
      </w:r>
    </w:p>
    <w:p w14:paraId="39D09DE0" w14:textId="1A2BAC32" w:rsidR="00B125C6" w:rsidRPr="00B125C6" w:rsidRDefault="00B125C6" w:rsidP="00C944CB">
      <w:pPr>
        <w:rPr>
          <w:rFonts w:ascii="Quire Sans" w:hAnsi="Quire Sans" w:cs="Quire Sans"/>
          <w:lang w:val="nl-NL"/>
        </w:rPr>
      </w:pPr>
    </w:p>
    <w:p w14:paraId="5E8408D6" w14:textId="13457E8F" w:rsidR="00804204" w:rsidRPr="00C944CB" w:rsidRDefault="00804204" w:rsidP="00B125C6">
      <w:pPr>
        <w:rPr>
          <w:rFonts w:ascii="Quire Sans" w:hAnsi="Quire Sans" w:cs="Quire Sans"/>
          <w:lang w:val="nl-NL"/>
        </w:rPr>
      </w:pPr>
    </w:p>
    <w:sectPr w:rsidR="00804204" w:rsidRPr="00C944CB" w:rsidSect="0040220B">
      <w:headerReference w:type="default" r:id="rId8"/>
      <w:footerReference w:type="default" r:id="rId9"/>
      <w:pgSz w:w="11906" w:h="16838" w:code="9"/>
      <w:pgMar w:top="1985" w:right="1417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E38E4" w14:textId="77777777" w:rsidR="009C6382" w:rsidRDefault="009C6382">
      <w:pPr>
        <w:spacing w:after="0" w:line="240" w:lineRule="auto"/>
      </w:pPr>
      <w:r>
        <w:separator/>
      </w:r>
    </w:p>
  </w:endnote>
  <w:endnote w:type="continuationSeparator" w:id="0">
    <w:p w14:paraId="1E7E6BC3" w14:textId="77777777" w:rsidR="009C6382" w:rsidRDefault="009C6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Quire Sans">
    <w:charset w:val="00"/>
    <w:family w:val="swiss"/>
    <w:pitch w:val="variable"/>
    <w:sig w:usb0="A11526FF" w:usb1="8000000A" w:usb2="0001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arrow" w:hAnsi="Arial Narrow"/>
      </w:rPr>
      <w:id w:val="-350331855"/>
      <w:docPartObj>
        <w:docPartGallery w:val="Page Numbers (Bottom of Page)"/>
        <w:docPartUnique/>
      </w:docPartObj>
    </w:sdtPr>
    <w:sdtEndPr/>
    <w:sdtContent>
      <w:p w14:paraId="37AA196B" w14:textId="79ED2852" w:rsidR="0084483A" w:rsidRPr="00581E05" w:rsidRDefault="00CB3CE0" w:rsidP="0095518D">
        <w:pPr>
          <w:pStyle w:val="Voettekst"/>
          <w:ind w:left="-567"/>
          <w:rPr>
            <w:rFonts w:ascii="Arial Narrow" w:hAnsi="Arial Narrow"/>
            <w:lang w:val="nl-NL"/>
          </w:rPr>
        </w:pPr>
        <w:r w:rsidRPr="00CB3CE0">
          <w:rPr>
            <w:rFonts w:ascii="Arial Narrow" w:hAnsi="Arial Narrow"/>
            <w:sz w:val="18"/>
            <w:szCs w:val="18"/>
          </w:rPr>
          <w:fldChar w:fldCharType="begin"/>
        </w:r>
        <w:r w:rsidRPr="00581E05">
          <w:rPr>
            <w:rFonts w:ascii="Arial Narrow" w:hAnsi="Arial Narrow"/>
            <w:sz w:val="18"/>
            <w:szCs w:val="18"/>
            <w:lang w:val="nl-NL"/>
          </w:rPr>
          <w:instrText xml:space="preserve"> FILENAME   \* MERGEFORMAT </w:instrText>
        </w:r>
        <w:r w:rsidRPr="00CB3CE0">
          <w:rPr>
            <w:rFonts w:ascii="Arial Narrow" w:hAnsi="Arial Narrow"/>
            <w:sz w:val="18"/>
            <w:szCs w:val="18"/>
          </w:rPr>
          <w:fldChar w:fldCharType="separate"/>
        </w:r>
        <w:r w:rsidR="00C944CB">
          <w:rPr>
            <w:rFonts w:ascii="Arial Narrow" w:hAnsi="Arial Narrow"/>
            <w:noProof/>
            <w:sz w:val="18"/>
            <w:szCs w:val="18"/>
            <w:lang w:val="nl-NL"/>
          </w:rPr>
          <w:t>CIV-CARE_P001_SHPP004-03_Wantrouwen-als-Organisatiemodel_v0.9</w:t>
        </w:r>
        <w:r w:rsidRPr="00CB3CE0">
          <w:rPr>
            <w:rFonts w:ascii="Arial Narrow" w:hAnsi="Arial Narrow"/>
            <w:sz w:val="18"/>
            <w:szCs w:val="18"/>
          </w:rPr>
          <w:fldChar w:fldCharType="end"/>
        </w:r>
        <w:r w:rsidRPr="00CB3CE0">
          <w:rPr>
            <w:rFonts w:ascii="Arial Narrow" w:hAnsi="Arial Narrow"/>
            <w:noProof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2B44E9F1" wp14:editId="090B3F04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804677075" name="Rechthoe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CF8D42" w14:textId="77777777" w:rsidR="00CB3CE0" w:rsidRDefault="00CB3CE0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C0504D" w:themeColor="accent2"/>
                                  <w:lang w:val="nl-NL"/>
                                </w:rPr>
                                <w:t>2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B44E9F1" id="Rechthoek 2" o:spid="_x0000_s1026" style="position:absolute;left:0;text-align:left;margin-left:0;margin-top:0;width:44.55pt;height:15.1pt;rotation:180;flip:x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0DCF8D42" w14:textId="77777777" w:rsidR="00CB3CE0" w:rsidRDefault="00CB3CE0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C0504D" w:themeColor="accent2"/>
                            <w:lang w:val="nl-NL"/>
                          </w:rPr>
                          <w:t>2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Pr="00581E05">
          <w:rPr>
            <w:rFonts w:ascii="Arial Narrow" w:hAnsi="Arial Narrow"/>
            <w:sz w:val="18"/>
            <w:szCs w:val="18"/>
            <w:lang w:val="nl-NL"/>
          </w:rPr>
          <w:t>.pdf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850C5" w14:textId="77777777" w:rsidR="009C6382" w:rsidRDefault="009C6382">
      <w:pPr>
        <w:spacing w:after="0" w:line="240" w:lineRule="auto"/>
      </w:pPr>
      <w:r>
        <w:separator/>
      </w:r>
    </w:p>
  </w:footnote>
  <w:footnote w:type="continuationSeparator" w:id="0">
    <w:p w14:paraId="171DDBAD" w14:textId="77777777" w:rsidR="009C6382" w:rsidRDefault="009C6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C1B63" w14:textId="4A067025" w:rsidR="0095518D" w:rsidRDefault="0095518D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40912E1" wp14:editId="1DEE0F4E">
          <wp:simplePos x="0" y="0"/>
          <wp:positionH relativeFrom="column">
            <wp:posOffset>-1105536</wp:posOffset>
          </wp:positionH>
          <wp:positionV relativeFrom="paragraph">
            <wp:posOffset>-463550</wp:posOffset>
          </wp:positionV>
          <wp:extent cx="7850599" cy="2114550"/>
          <wp:effectExtent l="0" t="0" r="0" b="0"/>
          <wp:wrapNone/>
          <wp:docPr id="175679949" name="Afbeelding 1" descr="Afbeelding met schermopname, hemel, Kleurrijk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3142307" name="Afbeelding 1" descr="Afbeelding met schermopname, hemel, Kleurrijkhei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57021" cy="21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411211"/>
    <w:multiLevelType w:val="multilevel"/>
    <w:tmpl w:val="B8C63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53134B"/>
    <w:multiLevelType w:val="multilevel"/>
    <w:tmpl w:val="AC9E9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E92843"/>
    <w:multiLevelType w:val="multilevel"/>
    <w:tmpl w:val="AC7E0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5C6CE9"/>
    <w:multiLevelType w:val="multilevel"/>
    <w:tmpl w:val="0D829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7D4AD1"/>
    <w:multiLevelType w:val="multilevel"/>
    <w:tmpl w:val="D7A8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AA724A"/>
    <w:multiLevelType w:val="multilevel"/>
    <w:tmpl w:val="A23C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6B2648"/>
    <w:multiLevelType w:val="multilevel"/>
    <w:tmpl w:val="8612C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F065BC"/>
    <w:multiLevelType w:val="multilevel"/>
    <w:tmpl w:val="2E1C7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A35997"/>
    <w:multiLevelType w:val="multilevel"/>
    <w:tmpl w:val="5DDEA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1E0E4B"/>
    <w:multiLevelType w:val="multilevel"/>
    <w:tmpl w:val="2B50E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450B3"/>
    <w:multiLevelType w:val="multilevel"/>
    <w:tmpl w:val="60D8C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29075A"/>
    <w:multiLevelType w:val="multilevel"/>
    <w:tmpl w:val="502C3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B054B4"/>
    <w:multiLevelType w:val="multilevel"/>
    <w:tmpl w:val="ADC03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084D49"/>
    <w:multiLevelType w:val="multilevel"/>
    <w:tmpl w:val="4ADE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F1210D"/>
    <w:multiLevelType w:val="multilevel"/>
    <w:tmpl w:val="3DA65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24116C"/>
    <w:multiLevelType w:val="multilevel"/>
    <w:tmpl w:val="446A0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4069B4"/>
    <w:multiLevelType w:val="multilevel"/>
    <w:tmpl w:val="EC72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C637AF"/>
    <w:multiLevelType w:val="multilevel"/>
    <w:tmpl w:val="CD689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4667F9"/>
    <w:multiLevelType w:val="multilevel"/>
    <w:tmpl w:val="06961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092367"/>
    <w:multiLevelType w:val="multilevel"/>
    <w:tmpl w:val="C2C82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5C0428"/>
    <w:multiLevelType w:val="multilevel"/>
    <w:tmpl w:val="57D02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F37644"/>
    <w:multiLevelType w:val="multilevel"/>
    <w:tmpl w:val="A8401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2412224">
    <w:abstractNumId w:val="5"/>
  </w:num>
  <w:num w:numId="2" w16cid:durableId="1196771471">
    <w:abstractNumId w:val="3"/>
  </w:num>
  <w:num w:numId="3" w16cid:durableId="1066152139">
    <w:abstractNumId w:val="2"/>
  </w:num>
  <w:num w:numId="4" w16cid:durableId="1067412685">
    <w:abstractNumId w:val="4"/>
  </w:num>
  <w:num w:numId="5" w16cid:durableId="172845288">
    <w:abstractNumId w:val="1"/>
  </w:num>
  <w:num w:numId="6" w16cid:durableId="674580064">
    <w:abstractNumId w:val="0"/>
  </w:num>
  <w:num w:numId="7" w16cid:durableId="1647927704">
    <w:abstractNumId w:val="17"/>
  </w:num>
  <w:num w:numId="8" w16cid:durableId="1823960256">
    <w:abstractNumId w:val="24"/>
  </w:num>
  <w:num w:numId="9" w16cid:durableId="447704398">
    <w:abstractNumId w:val="21"/>
  </w:num>
  <w:num w:numId="10" w16cid:durableId="1510217987">
    <w:abstractNumId w:val="13"/>
  </w:num>
  <w:num w:numId="11" w16cid:durableId="1626696399">
    <w:abstractNumId w:val="19"/>
  </w:num>
  <w:num w:numId="12" w16cid:durableId="166754877">
    <w:abstractNumId w:val="25"/>
  </w:num>
  <w:num w:numId="13" w16cid:durableId="511914144">
    <w:abstractNumId w:val="20"/>
  </w:num>
  <w:num w:numId="14" w16cid:durableId="990061850">
    <w:abstractNumId w:val="14"/>
  </w:num>
  <w:num w:numId="15" w16cid:durableId="1421214546">
    <w:abstractNumId w:val="9"/>
  </w:num>
  <w:num w:numId="16" w16cid:durableId="315231824">
    <w:abstractNumId w:val="10"/>
  </w:num>
  <w:num w:numId="17" w16cid:durableId="748424867">
    <w:abstractNumId w:val="18"/>
  </w:num>
  <w:num w:numId="18" w16cid:durableId="1606578240">
    <w:abstractNumId w:val="6"/>
  </w:num>
  <w:num w:numId="19" w16cid:durableId="1503931201">
    <w:abstractNumId w:val="11"/>
  </w:num>
  <w:num w:numId="20" w16cid:durableId="1885869763">
    <w:abstractNumId w:val="8"/>
  </w:num>
  <w:num w:numId="21" w16cid:durableId="1066950464">
    <w:abstractNumId w:val="27"/>
  </w:num>
  <w:num w:numId="22" w16cid:durableId="153230955">
    <w:abstractNumId w:val="22"/>
  </w:num>
  <w:num w:numId="23" w16cid:durableId="1217856174">
    <w:abstractNumId w:val="16"/>
  </w:num>
  <w:num w:numId="24" w16cid:durableId="833490089">
    <w:abstractNumId w:val="26"/>
  </w:num>
  <w:num w:numId="25" w16cid:durableId="1914269576">
    <w:abstractNumId w:val="23"/>
  </w:num>
  <w:num w:numId="26" w16cid:durableId="398285016">
    <w:abstractNumId w:val="7"/>
  </w:num>
  <w:num w:numId="27" w16cid:durableId="1571422675">
    <w:abstractNumId w:val="12"/>
  </w:num>
  <w:num w:numId="28" w16cid:durableId="858587426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156"/>
    <w:rsid w:val="00026963"/>
    <w:rsid w:val="00034616"/>
    <w:rsid w:val="0006063C"/>
    <w:rsid w:val="000715E1"/>
    <w:rsid w:val="000908A4"/>
    <w:rsid w:val="0009545B"/>
    <w:rsid w:val="000E4A6E"/>
    <w:rsid w:val="000F01EF"/>
    <w:rsid w:val="0010560B"/>
    <w:rsid w:val="0015074B"/>
    <w:rsid w:val="0018392B"/>
    <w:rsid w:val="001862BF"/>
    <w:rsid w:val="001B4BD4"/>
    <w:rsid w:val="001E5E2A"/>
    <w:rsid w:val="00202D4F"/>
    <w:rsid w:val="0029639D"/>
    <w:rsid w:val="002A3C3D"/>
    <w:rsid w:val="00326F90"/>
    <w:rsid w:val="00361626"/>
    <w:rsid w:val="0040220B"/>
    <w:rsid w:val="004C5145"/>
    <w:rsid w:val="00581E05"/>
    <w:rsid w:val="005D198E"/>
    <w:rsid w:val="00603092"/>
    <w:rsid w:val="00611AE1"/>
    <w:rsid w:val="0065066E"/>
    <w:rsid w:val="006C0F8C"/>
    <w:rsid w:val="00751DDD"/>
    <w:rsid w:val="00767781"/>
    <w:rsid w:val="00804204"/>
    <w:rsid w:val="00836E46"/>
    <w:rsid w:val="0084483A"/>
    <w:rsid w:val="00862AEE"/>
    <w:rsid w:val="00883919"/>
    <w:rsid w:val="00937D17"/>
    <w:rsid w:val="0095518D"/>
    <w:rsid w:val="009C6382"/>
    <w:rsid w:val="009F66B8"/>
    <w:rsid w:val="00A110DC"/>
    <w:rsid w:val="00AA1D8D"/>
    <w:rsid w:val="00AA36A2"/>
    <w:rsid w:val="00AF4AC1"/>
    <w:rsid w:val="00B125C6"/>
    <w:rsid w:val="00B15CA8"/>
    <w:rsid w:val="00B47730"/>
    <w:rsid w:val="00B9632B"/>
    <w:rsid w:val="00BA501E"/>
    <w:rsid w:val="00BB3179"/>
    <w:rsid w:val="00BF612D"/>
    <w:rsid w:val="00C0361A"/>
    <w:rsid w:val="00C332D7"/>
    <w:rsid w:val="00C944CB"/>
    <w:rsid w:val="00C94DA4"/>
    <w:rsid w:val="00CB0664"/>
    <w:rsid w:val="00CB3CE0"/>
    <w:rsid w:val="00DA75E9"/>
    <w:rsid w:val="00DE3E50"/>
    <w:rsid w:val="00DF78DD"/>
    <w:rsid w:val="00F977D1"/>
    <w:rsid w:val="00FB5105"/>
    <w:rsid w:val="00FC36D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D14D8D4"/>
  <w14:defaultImageDpi w14:val="300"/>
  <w15:docId w15:val="{E4119092-60A6-4DA3-B218-2B5E3BDC4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3CE0"/>
  </w:style>
  <w:style w:type="paragraph" w:styleId="Kop1">
    <w:name w:val="heading 1"/>
    <w:basedOn w:val="Standaard"/>
    <w:next w:val="Standaard"/>
    <w:link w:val="Kop1Char"/>
    <w:uiPriority w:val="9"/>
    <w:qFormat/>
    <w:rsid w:val="00CB3CE0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B3CE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B3CE0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B3CE0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B3CE0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B3CE0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CE0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B3CE0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B3CE0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CB3CE0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CB3CE0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Kop2Char">
    <w:name w:val="Kop 2 Char"/>
    <w:basedOn w:val="Standaardalinea-lettertype"/>
    <w:link w:val="Kop2"/>
    <w:uiPriority w:val="9"/>
    <w:rsid w:val="00CB3CE0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CB3CE0"/>
    <w:rPr>
      <w:rFonts w:asciiTheme="majorHAnsi" w:eastAsiaTheme="majorEastAsia" w:hAnsiTheme="majorHAnsi" w:cstheme="majorBidi"/>
      <w:smallCaps/>
      <w:sz w:val="28"/>
      <w:szCs w:val="28"/>
    </w:rPr>
  </w:style>
  <w:style w:type="paragraph" w:styleId="Titel">
    <w:name w:val="Title"/>
    <w:basedOn w:val="Standaard"/>
    <w:next w:val="Standaard"/>
    <w:link w:val="TitelChar"/>
    <w:uiPriority w:val="10"/>
    <w:qFormat/>
    <w:rsid w:val="00CB3CE0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rsid w:val="00CB3CE0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B3CE0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B3CE0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4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5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CB3CE0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atChar">
    <w:name w:val="Citaat Char"/>
    <w:basedOn w:val="Standaardalinea-lettertype"/>
    <w:link w:val="Citaat"/>
    <w:uiPriority w:val="29"/>
    <w:rsid w:val="00CB3CE0"/>
    <w:rPr>
      <w:rFonts w:asciiTheme="majorHAnsi" w:eastAsiaTheme="majorEastAsia" w:hAnsiTheme="majorHAnsi" w:cstheme="majorBidi"/>
      <w:sz w:val="25"/>
      <w:szCs w:val="2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B3CE0"/>
    <w:rPr>
      <w:rFonts w:asciiTheme="majorHAnsi" w:eastAsiaTheme="majorEastAsia" w:hAnsiTheme="majorHAnsi" w:cstheme="majorBidi"/>
      <w:cap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B3CE0"/>
    <w:rPr>
      <w:rFonts w:asciiTheme="majorHAnsi" w:eastAsiaTheme="majorEastAsia" w:hAnsiTheme="majorHAnsi" w:cstheme="majorBidi"/>
      <w:i/>
      <w:iCs/>
      <w:caps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B3CE0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B3CE0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B3CE0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B3CE0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CB3CE0"/>
    <w:pPr>
      <w:spacing w:line="240" w:lineRule="auto"/>
    </w:pPr>
    <w:rPr>
      <w:b/>
      <w:bCs/>
      <w:smallCaps/>
      <w:color w:val="595959" w:themeColor="text1" w:themeTint="A6"/>
    </w:rPr>
  </w:style>
  <w:style w:type="character" w:styleId="Zwaar">
    <w:name w:val="Strong"/>
    <w:basedOn w:val="Standaardalinea-lettertype"/>
    <w:uiPriority w:val="22"/>
    <w:qFormat/>
    <w:rsid w:val="00CB3CE0"/>
    <w:rPr>
      <w:b/>
      <w:bCs/>
    </w:rPr>
  </w:style>
  <w:style w:type="character" w:styleId="Nadruk">
    <w:name w:val="Emphasis"/>
    <w:basedOn w:val="Standaardalinea-lettertype"/>
    <w:uiPriority w:val="20"/>
    <w:qFormat/>
    <w:rsid w:val="00CB3CE0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B3CE0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B3CE0"/>
    <w:rPr>
      <w:color w:val="404040" w:themeColor="text1" w:themeTint="BF"/>
      <w:sz w:val="32"/>
      <w:szCs w:val="32"/>
    </w:rPr>
  </w:style>
  <w:style w:type="character" w:styleId="Subtielebenadrukking">
    <w:name w:val="Subtle Emphasis"/>
    <w:basedOn w:val="Standaardalinea-lettertype"/>
    <w:uiPriority w:val="19"/>
    <w:qFormat/>
    <w:rsid w:val="00CB3CE0"/>
    <w:rPr>
      <w:i/>
      <w:iCs/>
      <w:color w:val="595959" w:themeColor="text1" w:themeTint="A6"/>
    </w:rPr>
  </w:style>
  <w:style w:type="character" w:styleId="Intensievebenadrukking">
    <w:name w:val="Intense Emphasis"/>
    <w:basedOn w:val="Standaardalinea-lettertype"/>
    <w:uiPriority w:val="21"/>
    <w:qFormat/>
    <w:rsid w:val="00CB3CE0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CB3CE0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CB3CE0"/>
    <w:rPr>
      <w:b/>
      <w:bCs/>
      <w:caps w:val="0"/>
      <w:smallCaps/>
      <w:color w:val="auto"/>
      <w:spacing w:val="3"/>
      <w:u w:val="single"/>
    </w:rPr>
  </w:style>
  <w:style w:type="character" w:styleId="Titelvanboek">
    <w:name w:val="Book Title"/>
    <w:basedOn w:val="Standaardalinea-lettertype"/>
    <w:uiPriority w:val="33"/>
    <w:qFormat/>
    <w:rsid w:val="00CB3CE0"/>
    <w:rPr>
      <w:b/>
      <w:bCs/>
      <w:smallCaps/>
      <w:spacing w:val="7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B3CE0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IVCARETitle">
    <w:name w:val="CIVCARE_Title"/>
    <w:basedOn w:val="Standaard"/>
    <w:rPr>
      <w:b/>
      <w:sz w:val="36"/>
    </w:rPr>
  </w:style>
  <w:style w:type="paragraph" w:customStyle="1" w:styleId="CIVCARESubtitle">
    <w:name w:val="CIVCARE_Subtitle"/>
    <w:basedOn w:val="Standaard"/>
    <w:rPr>
      <w:i/>
      <w:sz w:val="24"/>
    </w:rPr>
  </w:style>
  <w:style w:type="paragraph" w:customStyle="1" w:styleId="CIVCAREH1HPP003">
    <w:name w:val="CIVCARE_H1_HPP003"/>
    <w:basedOn w:val="Standaard"/>
    <w:rPr>
      <w:b/>
      <w:sz w:val="28"/>
    </w:rPr>
  </w:style>
  <w:style w:type="paragraph" w:customStyle="1" w:styleId="CIVCAREH2HPP003">
    <w:name w:val="CIVCARE_H2_HPP003"/>
    <w:basedOn w:val="Standaard"/>
    <w:rPr>
      <w:b/>
      <w:sz w:val="24"/>
    </w:rPr>
  </w:style>
  <w:style w:type="paragraph" w:customStyle="1" w:styleId="CIVCAREH3HPP003">
    <w:name w:val="CIVCARE_H3_HPP003"/>
    <w:basedOn w:val="Standaard"/>
    <w:rPr>
      <w:b/>
    </w:rPr>
  </w:style>
  <w:style w:type="paragraph" w:customStyle="1" w:styleId="CIVCAREBody">
    <w:name w:val="CIVCARE_Body"/>
    <w:basedOn w:val="Standaard"/>
  </w:style>
  <w:style w:type="paragraph" w:customStyle="1" w:styleId="CIVCAREReflection">
    <w:name w:val="CIVCARE_Reflection"/>
    <w:basedOn w:val="Standaard"/>
    <w:rPr>
      <w:i/>
      <w:sz w:val="21"/>
    </w:rPr>
  </w:style>
  <w:style w:type="paragraph" w:customStyle="1" w:styleId="CIVCAREPositionering">
    <w:name w:val="CIVCARE_Positionering"/>
    <w:basedOn w:val="Standaard"/>
    <w:rPr>
      <w:i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994</Words>
  <Characters>5470</Characters>
  <Application>Microsoft Office Word</Application>
  <DocSecurity>0</DocSecurity>
  <Lines>45</Lines>
  <Paragraphs>12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Koppen</vt:lpstr>
      </vt:variant>
      <vt:variant>
        <vt:i4>14</vt:i4>
      </vt:variant>
      <vt:variant>
        <vt:lpstr>Title</vt:lpstr>
      </vt:variant>
      <vt:variant>
        <vt:i4>1</vt:i4>
      </vt:variant>
    </vt:vector>
  </HeadingPairs>
  <TitlesOfParts>
    <vt:vector size="16" baseType="lpstr">
      <vt:lpstr/>
      <vt:lpstr>1. Inleiding en normatieve positionering</vt:lpstr>
      <vt:lpstr>2. Probleemanalyse: Concentratie van macht en afnemende legitimiteit</vt:lpstr>
      <vt:lpstr>    2.1 Systemische verschuiving</vt:lpstr>
      <vt:lpstr>    2.2 Governance-risico</vt:lpstr>
      <vt:lpstr>3. Wantrouwen als bestuurlijk uitgangspunt</vt:lpstr>
      <vt:lpstr>4. Schuld, afhankelijkheid en ontmenselijking</vt:lpstr>
      <vt:lpstr>    4.1 Structurele afhankelijkheid</vt:lpstr>
      <vt:lpstr>    4.2 Governance-gevolg</vt:lpstr>
      <vt:lpstr>5. CIV-CARE_P001 als civiel-maatschappelijk correctiemechanisme</vt:lpstr>
      <vt:lpstr>    5.1 Kernprincipes</vt:lpstr>
      <vt:lpstr>6. Vertrouwen als strategisch governance-principe</vt:lpstr>
      <vt:lpstr>    6.1 Governance-stelling</vt:lpstr>
      <vt:lpstr>7. Juridische en bestuurlijke afbakening</vt:lpstr>
      <vt:lpstr>8. Slotbeschouwing</vt:lpstr>
      <vt:lpstr/>
    </vt:vector>
  </TitlesOfParts>
  <Manager/>
  <Company/>
  <LinksUpToDate>false</LinksUpToDate>
  <CharactersWithSpaces>6452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Sjonny O'Fark</cp:lastModifiedBy>
  <cp:revision>3</cp:revision>
  <cp:lastPrinted>2026-02-11T12:10:00Z</cp:lastPrinted>
  <dcterms:created xsi:type="dcterms:W3CDTF">2026-02-11T12:12:00Z</dcterms:created>
  <dcterms:modified xsi:type="dcterms:W3CDTF">2026-02-11T12:16:00Z</dcterms:modified>
  <cp:category/>
</cp:coreProperties>
</file>