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F09E7" w14:textId="77777777" w:rsidR="00AA795B" w:rsidRPr="00422C89" w:rsidRDefault="00000000">
      <w:pPr>
        <w:pStyle w:val="Titel"/>
        <w:rPr>
          <w:lang w:val="nl-NL"/>
        </w:rPr>
      </w:pPr>
      <w:r w:rsidRPr="00422C89">
        <w:rPr>
          <w:lang w:val="nl-NL"/>
        </w:rPr>
        <w:t>Voorbeeldverzoek – Bezwaar tegen omgangsbeperking (Artikel 264 &amp; 265f BW)</w:t>
      </w:r>
    </w:p>
    <w:p w14:paraId="5B1BCD64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Verzoek aan de kinderrechter tot vervallenverklaring van een schriftelijke aanwijzing over beperking van contact met mijn kind.</w:t>
      </w:r>
    </w:p>
    <w:p w14:paraId="54A35370" w14:textId="77777777" w:rsidR="00AA795B" w:rsidRPr="00422C89" w:rsidRDefault="00000000">
      <w:pPr>
        <w:pStyle w:val="Kop1"/>
        <w:rPr>
          <w:lang w:val="nl-NL"/>
        </w:rPr>
      </w:pPr>
      <w:r w:rsidRPr="00422C89">
        <w:rPr>
          <w:lang w:val="nl-NL"/>
        </w:rPr>
        <w:t>Aan:</w:t>
      </w:r>
    </w:p>
    <w:p w14:paraId="18C4CEED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De Rechtbank [naam rechtbank invullen]</w:t>
      </w:r>
      <w:r w:rsidRPr="00422C89">
        <w:rPr>
          <w:lang w:val="nl-NL"/>
        </w:rPr>
        <w:br/>
        <w:t>Afdeling Familierecht / Jeugd</w:t>
      </w:r>
      <w:r w:rsidRPr="00422C89">
        <w:rPr>
          <w:lang w:val="nl-NL"/>
        </w:rPr>
        <w:br/>
        <w:t>[Adres rechtbank]</w:t>
      </w:r>
    </w:p>
    <w:p w14:paraId="51430867" w14:textId="77777777" w:rsidR="00AA795B" w:rsidRPr="00422C89" w:rsidRDefault="00000000">
      <w:pPr>
        <w:pStyle w:val="Kop1"/>
        <w:rPr>
          <w:lang w:val="nl-NL"/>
        </w:rPr>
      </w:pPr>
      <w:r w:rsidRPr="00422C89">
        <w:rPr>
          <w:lang w:val="nl-NL"/>
        </w:rPr>
        <w:t>Van:</w:t>
      </w:r>
    </w:p>
    <w:p w14:paraId="13A63B00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Naam ouder/verzorger: [Voor- en achternaam]</w:t>
      </w:r>
      <w:r w:rsidRPr="00422C89">
        <w:rPr>
          <w:lang w:val="nl-NL"/>
        </w:rPr>
        <w:br/>
        <w:t>Adres: [Straat, postcode, woonplaats]</w:t>
      </w:r>
      <w:r w:rsidRPr="00422C89">
        <w:rPr>
          <w:lang w:val="nl-NL"/>
        </w:rPr>
        <w:br/>
        <w:t>Telefoonnummer: [nummer]</w:t>
      </w:r>
      <w:r w:rsidRPr="00422C89">
        <w:rPr>
          <w:lang w:val="nl-NL"/>
        </w:rPr>
        <w:br/>
        <w:t>E-mailadres: [e-mailadres]</w:t>
      </w:r>
    </w:p>
    <w:p w14:paraId="6B3231D5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Eventueel (indien door kind van 12 jaar of ouder):</w:t>
      </w:r>
      <w:r w:rsidRPr="00422C89">
        <w:rPr>
          <w:lang w:val="nl-NL"/>
        </w:rPr>
        <w:br/>
        <w:t>Naam minderjarige: [Naam]</w:t>
      </w:r>
      <w:r w:rsidRPr="00422C89">
        <w:rPr>
          <w:lang w:val="nl-NL"/>
        </w:rPr>
        <w:br/>
        <w:t>Geboortedatum: [</w:t>
      </w:r>
      <w:proofErr w:type="spellStart"/>
      <w:r w:rsidRPr="00422C89">
        <w:rPr>
          <w:lang w:val="nl-NL"/>
        </w:rPr>
        <w:t>dd</w:t>
      </w:r>
      <w:proofErr w:type="spellEnd"/>
      <w:r w:rsidRPr="00422C89">
        <w:rPr>
          <w:lang w:val="nl-NL"/>
        </w:rPr>
        <w:t>-mm-</w:t>
      </w:r>
      <w:proofErr w:type="spellStart"/>
      <w:r w:rsidRPr="00422C89">
        <w:rPr>
          <w:lang w:val="nl-NL"/>
        </w:rPr>
        <w:t>jjjj</w:t>
      </w:r>
      <w:proofErr w:type="spellEnd"/>
      <w:r w:rsidRPr="00422C89">
        <w:rPr>
          <w:lang w:val="nl-NL"/>
        </w:rPr>
        <w:t>]</w:t>
      </w:r>
    </w:p>
    <w:p w14:paraId="7FAEB97A" w14:textId="77777777" w:rsidR="00AA795B" w:rsidRPr="00422C89" w:rsidRDefault="00000000">
      <w:pPr>
        <w:pStyle w:val="Kop1"/>
        <w:rPr>
          <w:lang w:val="nl-NL"/>
        </w:rPr>
      </w:pPr>
      <w:r w:rsidRPr="00422C89">
        <w:rPr>
          <w:lang w:val="nl-NL"/>
        </w:rPr>
        <w:t>Onderwerp:</w:t>
      </w:r>
    </w:p>
    <w:p w14:paraId="6D0E7C52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Verzoek op grond van artikel 264 BW – bezwaar tegen schriftelijke aanwijzing over beperking contact (artikel 265f BW)</w:t>
      </w:r>
    </w:p>
    <w:p w14:paraId="5FC4517E" w14:textId="77777777" w:rsidR="00AA795B" w:rsidRPr="00422C89" w:rsidRDefault="00000000">
      <w:pPr>
        <w:pStyle w:val="Kop1"/>
        <w:rPr>
          <w:lang w:val="nl-NL"/>
        </w:rPr>
      </w:pPr>
      <w:r w:rsidRPr="00422C89">
        <w:rPr>
          <w:lang w:val="nl-NL"/>
        </w:rPr>
        <w:t>Toelichting op het verzoek:</w:t>
      </w:r>
    </w:p>
    <w:p w14:paraId="09774AC9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Op [datum] heb ik een schriftelijke aanwijzing ontvangen van de gecertificeerde instelling [naam GI], waarbij het contact tussen mij en mijn kind [naam kind] wordt beperkt. Ik ben het niet eens met deze beslissing, omdat ik van mening ben dat deze beperking:</w:t>
      </w:r>
      <w:r w:rsidRPr="00422C89">
        <w:rPr>
          <w:lang w:val="nl-NL"/>
        </w:rPr>
        <w:br/>
        <w:t>- Niet noodzakelijk is in het belang van mijn kind</w:t>
      </w:r>
      <w:r w:rsidRPr="00422C89">
        <w:rPr>
          <w:lang w:val="nl-NL"/>
        </w:rPr>
        <w:br/>
        <w:t>- Niet goed is onderbouwd of besproken</w:t>
      </w:r>
      <w:r w:rsidRPr="00422C89">
        <w:rPr>
          <w:lang w:val="nl-NL"/>
        </w:rPr>
        <w:br/>
        <w:t>- De band tussen ouder en kind onnodig schaadt</w:t>
      </w:r>
      <w:r w:rsidRPr="00422C89">
        <w:rPr>
          <w:lang w:val="nl-NL"/>
        </w:rPr>
        <w:br/>
        <w:t>- Geen ruimte biedt voor opbouw of herstel van omgang</w:t>
      </w:r>
    </w:p>
    <w:p w14:paraId="407CA5BC" w14:textId="77777777" w:rsidR="00AA795B" w:rsidRPr="00422C89" w:rsidRDefault="00000000">
      <w:pPr>
        <w:pStyle w:val="Kop1"/>
        <w:rPr>
          <w:lang w:val="nl-NL"/>
        </w:rPr>
      </w:pPr>
      <w:r w:rsidRPr="00422C89">
        <w:rPr>
          <w:lang w:val="nl-NL"/>
        </w:rPr>
        <w:lastRenderedPageBreak/>
        <w:t>Verzoek aan de kinderrechter:</w:t>
      </w:r>
    </w:p>
    <w:p w14:paraId="08EEF74A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Ik verzoek u hierbij:</w:t>
      </w:r>
      <w:r w:rsidRPr="00422C89">
        <w:rPr>
          <w:lang w:val="nl-NL"/>
        </w:rPr>
        <w:br/>
        <w:t>✔</w:t>
      </w:r>
      <w:r>
        <w:t>️</w:t>
      </w:r>
      <w:r w:rsidRPr="00422C89">
        <w:rPr>
          <w:lang w:val="nl-NL"/>
        </w:rPr>
        <w:t xml:space="preserve"> De schriftelijke aanwijzing van [datum] geheel of gedeeltelijk vervallen te verklaren</w:t>
      </w:r>
      <w:r w:rsidRPr="00422C89">
        <w:rPr>
          <w:lang w:val="nl-NL"/>
        </w:rPr>
        <w:br/>
        <w:t>✔</w:t>
      </w:r>
      <w:r>
        <w:t>️</w:t>
      </w:r>
      <w:r w:rsidRPr="00422C89">
        <w:rPr>
          <w:lang w:val="nl-NL"/>
        </w:rPr>
        <w:t xml:space="preserve"> Eventueel een andere omgangsregeling vast te stellen die het belang van mijn kind beter dient</w:t>
      </w:r>
      <w:r w:rsidRPr="00422C89">
        <w:rPr>
          <w:lang w:val="nl-NL"/>
        </w:rPr>
        <w:br/>
      </w:r>
      <w:r w:rsidRPr="00422C89">
        <w:rPr>
          <w:lang w:val="nl-NL"/>
        </w:rPr>
        <w:br/>
        <w:t>Indien mogelijk verzoek ik u om een zitting te plannen, zodat ik mijn verzoek mondeling kan toelichten.</w:t>
      </w:r>
    </w:p>
    <w:p w14:paraId="02CC3485" w14:textId="77777777" w:rsidR="00422C89" w:rsidRPr="00422C89" w:rsidRDefault="00422C89" w:rsidP="00422C89">
      <w:pPr>
        <w:pStyle w:val="Kop1"/>
        <w:rPr>
          <w:lang w:val="nl-NL"/>
        </w:rPr>
      </w:pPr>
      <w:r w:rsidRPr="00422C89">
        <w:rPr>
          <w:rFonts w:ascii="Segoe UI Emoji" w:hAnsi="Segoe UI Emoji" w:cs="Segoe UI Emoji"/>
          <w:lang w:val="nl-NL"/>
        </w:rPr>
        <w:t>📝</w:t>
      </w:r>
      <w:r w:rsidRPr="00422C89">
        <w:rPr>
          <w:lang w:val="nl-NL"/>
        </w:rPr>
        <w:t xml:space="preserve"> Toevoegbare passage voor je verzoekschrift:</w:t>
      </w:r>
    </w:p>
    <w:p w14:paraId="6F0781AB" w14:textId="77777777" w:rsidR="00422C89" w:rsidRPr="00422C89" w:rsidRDefault="00422C89" w:rsidP="00422C89">
      <w:pPr>
        <w:rPr>
          <w:lang w:val="nl-NL"/>
        </w:rPr>
      </w:pPr>
      <w:r w:rsidRPr="00422C89">
        <w:rPr>
          <w:lang w:val="nl-NL"/>
        </w:rPr>
        <w:t>Daarnaast verzoek ik u vriendelijk om, indien directe volledige omgang (nog) niet mogelijk wordt geacht, te voorzien in een alternatieve omgangsvorm. Hierbij denk ik aan:</w:t>
      </w:r>
    </w:p>
    <w:p w14:paraId="0E067589" w14:textId="77777777" w:rsidR="00422C89" w:rsidRPr="00422C89" w:rsidRDefault="00422C89" w:rsidP="00422C89">
      <w:pPr>
        <w:rPr>
          <w:lang w:val="nl-NL"/>
        </w:rPr>
      </w:pPr>
      <w:r w:rsidRPr="00422C89">
        <w:rPr>
          <w:lang w:val="nl-NL"/>
        </w:rPr>
        <w:t>Begeleide omgang via een neutrale professional of locatie, zodat het contact veilig en positief kan verlopen;</w:t>
      </w:r>
    </w:p>
    <w:p w14:paraId="28D7CF47" w14:textId="77777777" w:rsidR="00422C89" w:rsidRPr="00422C89" w:rsidRDefault="00422C89" w:rsidP="00422C89">
      <w:pPr>
        <w:rPr>
          <w:lang w:val="nl-NL"/>
        </w:rPr>
      </w:pPr>
      <w:r w:rsidRPr="00422C89">
        <w:rPr>
          <w:lang w:val="nl-NL"/>
        </w:rPr>
        <w:t>Een opbouwschema, waarbij de omgang stap voor stap wordt uitgebreid (bijvoorbeeld van wekelijks een uur naar onbegeleid weekendverblijf), afgestemd op de behoeften en het tempo van het kind;</w:t>
      </w:r>
    </w:p>
    <w:p w14:paraId="7A37ADB5" w14:textId="77777777" w:rsidR="00422C89" w:rsidRPr="00422C89" w:rsidRDefault="00422C89" w:rsidP="00422C89">
      <w:pPr>
        <w:rPr>
          <w:lang w:val="nl-NL"/>
        </w:rPr>
      </w:pPr>
      <w:r w:rsidRPr="00422C89">
        <w:rPr>
          <w:lang w:val="nl-NL"/>
        </w:rPr>
        <w:t>Evaluatiemomenten, zodat tussentijds bekeken kan worden of uitbreiding mogelijk is.</w:t>
      </w:r>
    </w:p>
    <w:p w14:paraId="450FED91" w14:textId="77777777" w:rsidR="00422C89" w:rsidRPr="00422C89" w:rsidRDefault="00422C89" w:rsidP="00422C89">
      <w:pPr>
        <w:rPr>
          <w:lang w:val="nl-NL"/>
        </w:rPr>
      </w:pPr>
      <w:r w:rsidRPr="00422C89">
        <w:rPr>
          <w:lang w:val="nl-NL"/>
        </w:rPr>
        <w:t>Ik ben bereid samen te werken aan een passende omgangsvorm die het belang van mijn kind vooropstelt, en tegelijkertijd onze band behoudt of herstelt.</w:t>
      </w:r>
    </w:p>
    <w:p w14:paraId="52918B21" w14:textId="1F93B787" w:rsidR="00AA795B" w:rsidRPr="00422C89" w:rsidRDefault="00000000">
      <w:pPr>
        <w:pStyle w:val="Kop1"/>
        <w:rPr>
          <w:lang w:val="nl-NL"/>
        </w:rPr>
      </w:pPr>
      <w:r w:rsidRPr="00422C89">
        <w:rPr>
          <w:lang w:val="nl-NL"/>
        </w:rPr>
        <w:t>Bijlagen:</w:t>
      </w:r>
    </w:p>
    <w:p w14:paraId="34934223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☐ Kopie van de schriftelijke aanwijzing</w:t>
      </w:r>
      <w:r w:rsidRPr="00422C89">
        <w:rPr>
          <w:lang w:val="nl-NL"/>
        </w:rPr>
        <w:br/>
        <w:t>☐ Eventuele relevante communicatie met de GI</w:t>
      </w:r>
      <w:r w:rsidRPr="00422C89">
        <w:rPr>
          <w:lang w:val="nl-NL"/>
        </w:rPr>
        <w:br/>
        <w:t>☐ Andere ondersteunende documenten</w:t>
      </w:r>
    </w:p>
    <w:p w14:paraId="105D07B1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Datum: [</w:t>
      </w:r>
      <w:proofErr w:type="spellStart"/>
      <w:r w:rsidRPr="00422C89">
        <w:rPr>
          <w:lang w:val="nl-NL"/>
        </w:rPr>
        <w:t>dd</w:t>
      </w:r>
      <w:proofErr w:type="spellEnd"/>
      <w:r w:rsidRPr="00422C89">
        <w:rPr>
          <w:lang w:val="nl-NL"/>
        </w:rPr>
        <w:t>-mm-</w:t>
      </w:r>
      <w:proofErr w:type="spellStart"/>
      <w:r w:rsidRPr="00422C89">
        <w:rPr>
          <w:lang w:val="nl-NL"/>
        </w:rPr>
        <w:t>jjjj</w:t>
      </w:r>
      <w:proofErr w:type="spellEnd"/>
      <w:r w:rsidRPr="00422C89">
        <w:rPr>
          <w:lang w:val="nl-NL"/>
        </w:rPr>
        <w:t>]</w:t>
      </w:r>
    </w:p>
    <w:p w14:paraId="5BFCD602" w14:textId="77777777" w:rsidR="00AA795B" w:rsidRPr="00422C89" w:rsidRDefault="00000000">
      <w:pPr>
        <w:rPr>
          <w:lang w:val="nl-NL"/>
        </w:rPr>
      </w:pPr>
      <w:r w:rsidRPr="00422C89">
        <w:rPr>
          <w:lang w:val="nl-NL"/>
        </w:rPr>
        <w:t>Handtekening:</w:t>
      </w:r>
      <w:r w:rsidRPr="00422C89">
        <w:rPr>
          <w:lang w:val="nl-NL"/>
        </w:rPr>
        <w:br/>
        <w:t>[Naam ouder/verzorger of kind (12+)]</w:t>
      </w:r>
    </w:p>
    <w:sectPr w:rsidR="00AA795B" w:rsidRPr="00422C8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63095A"/>
    <w:multiLevelType w:val="multilevel"/>
    <w:tmpl w:val="EC3C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169422">
    <w:abstractNumId w:val="8"/>
  </w:num>
  <w:num w:numId="2" w16cid:durableId="1690330720">
    <w:abstractNumId w:val="6"/>
  </w:num>
  <w:num w:numId="3" w16cid:durableId="594899375">
    <w:abstractNumId w:val="5"/>
  </w:num>
  <w:num w:numId="4" w16cid:durableId="251206437">
    <w:abstractNumId w:val="4"/>
  </w:num>
  <w:num w:numId="5" w16cid:durableId="1612742575">
    <w:abstractNumId w:val="7"/>
  </w:num>
  <w:num w:numId="6" w16cid:durableId="1368218873">
    <w:abstractNumId w:val="3"/>
  </w:num>
  <w:num w:numId="7" w16cid:durableId="335572011">
    <w:abstractNumId w:val="2"/>
  </w:num>
  <w:num w:numId="8" w16cid:durableId="649140654">
    <w:abstractNumId w:val="1"/>
  </w:num>
  <w:num w:numId="9" w16cid:durableId="756514467">
    <w:abstractNumId w:val="0"/>
  </w:num>
  <w:num w:numId="10" w16cid:durableId="5985678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2C89"/>
    <w:rsid w:val="00575594"/>
    <w:rsid w:val="00AA1D8D"/>
    <w:rsid w:val="00AA795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D9A20"/>
  <w14:defaultImageDpi w14:val="300"/>
  <w15:docId w15:val="{C72103E9-B740-418A-A150-FB070E92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7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2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9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Alexander Groenheide</cp:lastModifiedBy>
  <cp:revision>2</cp:revision>
  <dcterms:created xsi:type="dcterms:W3CDTF">2013-12-23T23:15:00Z</dcterms:created>
  <dcterms:modified xsi:type="dcterms:W3CDTF">2025-03-30T05:31:00Z</dcterms:modified>
  <cp:category/>
</cp:coreProperties>
</file>